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noSpellErr="1" w14:textId="6E83E319">
      <w:pPr>
        <w:rPr>
          <w:rFonts w:ascii="Aptos" w:hAnsi="Aptos" w:cs="Arial"/>
          <w:b w:val="1"/>
          <w:bCs w:val="1"/>
          <w:color w:val="365F91" w:themeColor="accent1" w:themeShade="BF"/>
          <w:lang w:val="nl-NL"/>
        </w:rPr>
      </w:pPr>
    </w:p>
    <w:p w:rsidRPr="007C4BB9" w:rsidR="007C4BB9" w:rsidP="00B44D1E" w:rsidRDefault="007C4BB9" w14:paraId="59AB6000" w14:noSpellErr="1" w14:textId="754C6253">
      <w:pPr>
        <w:rPr>
          <w:rFonts w:ascii="Aptos" w:hAnsi="Aptos" w:cs="Arial"/>
          <w:b w:val="1"/>
          <w:bCs w:val="1"/>
          <w:color w:val="365F91" w:themeColor="accent1" w:themeShade="BF"/>
          <w:lang w:val="nl-NL"/>
        </w:rPr>
      </w:pPr>
    </w:p>
    <w:p w:rsidR="001B7D99" w:rsidP="00B44D1E" w:rsidRDefault="001B7D99" w14:paraId="74F6C917" w14:noSpellErr="1" w14:textId="538EB747">
      <w:pPr>
        <w:rPr>
          <w:rFonts w:ascii="Aptos" w:hAnsi="Aptos" w:cs="Arial"/>
          <w:b w:val="1"/>
          <w:bCs w:val="1"/>
          <w:color w:val="365F91" w:themeColor="accent1" w:themeShade="BF"/>
          <w:lang w:val="nl-NL"/>
        </w:rPr>
      </w:pPr>
    </w:p>
    <w:p w:rsidRPr="007C4BB9" w:rsidR="00973CBE" w:rsidP="00B44D1E" w:rsidRDefault="00973CBE" w14:paraId="7339F2F0" w14:noSpellErr="1" w14:textId="0B9FE2E8">
      <w:pPr>
        <w:rPr>
          <w:rFonts w:ascii="Aptos" w:hAnsi="Aptos" w:cs="Arial"/>
          <w:b w:val="1"/>
          <w:bCs w:val="1"/>
          <w:color w:val="365F91" w:themeColor="accent1" w:themeShade="BF"/>
          <w:lang w:val="nl-NL"/>
        </w:rPr>
      </w:pPr>
    </w:p>
    <w:p w:rsidR="6B0FA7B2" w:rsidP="2DEBBA81" w:rsidRDefault="6B0FA7B2" w14:paraId="348A3BDB" w14:textId="59A05BD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Commercial Law – First-year trainee 2027</w:t>
      </w:r>
    </w:p>
    <w:p w:rsidR="6B0FA7B2" w:rsidP="2DEBBA81" w:rsidRDefault="6B0FA7B2" w14:paraId="614DACA8" w14:textId="77EA35A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2DEBBA81" w:rsidR="6B0FA7B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commercial law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? If so, we can offer you the chance to be part of a specialist team from day one, surrounded by motivated colleagues. You’ll be given responsibility early on, plenty of scope to grow and the opportunity to carve out your own niche within a stimulating and practice-oriented environment.</w:t>
      </w:r>
    </w:p>
    <w:p w:rsidR="6B0FA7B2" w:rsidRDefault="6B0FA7B2" w14:paraId="4F33C20C" w14:textId="4B06A069"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be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based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in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Antwerp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or Brussels.</w:t>
      </w:r>
    </w:p>
    <w:p w:rsidR="2DEBBA81" w:rsidP="2DEBBA81" w:rsidRDefault="2DEBBA81" w14:paraId="3584071F" w14:textId="3D6604B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</w:pPr>
    </w:p>
    <w:p w:rsidR="6B0FA7B2" w:rsidP="2DEBBA81" w:rsidRDefault="6B0FA7B2" w14:paraId="07E8FA00" w14:textId="660067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="6B0FA7B2" w:rsidP="2DEBBA81" w:rsidRDefault="6B0FA7B2" w14:paraId="696E0289" w14:textId="7E1C8874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="6B0FA7B2" w:rsidP="125032E3" w:rsidRDefault="6B0FA7B2" w14:paraId="4F14013E" w14:textId="763DCED9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125032E3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an excellent command of Dutch and a good command of French and English, both </w:t>
      </w:r>
      <w:r w:rsidRPr="125032E3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spoken and written.</w:t>
      </w:r>
    </w:p>
    <w:p w:rsidR="6B0FA7B2" w:rsidP="2DEBBA81" w:rsidRDefault="6B0FA7B2" w14:paraId="40C1CEED" w14:textId="1C93A0C4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="6B0FA7B2" w:rsidP="2DEBBA81" w:rsidRDefault="6B0FA7B2" w14:paraId="5E62B82C" w14:textId="247B53AC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2DEBBA81" w:rsidR="6B0FA7B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commercial law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motivated to further develop your expertise within this legal field.</w:t>
      </w:r>
    </w:p>
    <w:p w:rsidR="6B0FA7B2" w:rsidP="2DEBBA81" w:rsidRDefault="6B0FA7B2" w14:paraId="2A3FCFBE" w14:textId="0F47B78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="6B0FA7B2" w:rsidP="2DEBBA81" w:rsidRDefault="6B0FA7B2" w14:paraId="3A6D4185" w14:textId="60FBE191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are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driven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have a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passion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for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the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profession</w:t>
      </w: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.</w:t>
      </w:r>
    </w:p>
    <w:p w:rsidR="2DEBBA81" w:rsidP="2DEBBA81" w:rsidRDefault="2DEBBA81" w14:paraId="49283913" w14:textId="242383AB">
      <w:pPr>
        <w:pStyle w:val="ListParagraph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6B0FA7B2" w:rsidP="2DEBBA81" w:rsidRDefault="6B0FA7B2" w14:paraId="34853E52" w14:textId="553FF3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="6B0FA7B2" w:rsidP="2DEBBA81" w:rsidRDefault="6B0FA7B2" w14:paraId="57986E91" w14:textId="042166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="6B0FA7B2" w:rsidP="2DEBBA81" w:rsidRDefault="6B0FA7B2" w14:paraId="49943EDC" w14:textId="2C2D9ED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DEBBA81" w:rsidR="6B0FA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="2DEBBA81" w:rsidP="2DEBBA81" w:rsidRDefault="2DEBBA81" w14:paraId="56FF8FBA" w14:textId="4B3010C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2DEBBA81" w:rsidP="2DEBBA81" w:rsidRDefault="2DEBBA81" w14:paraId="5EF66F89" w14:textId="4525EA81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7EC" w:rsidRDefault="006257EC" w14:paraId="6FF8E55F" w14:textId="77777777">
      <w:pPr>
        <w:spacing w:after="0" w:line="240" w:lineRule="auto"/>
      </w:pPr>
      <w:r>
        <w:separator/>
      </w:r>
    </w:p>
  </w:endnote>
  <w:endnote w:type="continuationSeparator" w:id="0">
    <w:p w:rsidR="006257EC" w:rsidRDefault="006257EC" w14:paraId="05CAF3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7EC" w:rsidRDefault="006257EC" w14:paraId="4FA1FA5D" w14:textId="77777777">
      <w:pPr>
        <w:spacing w:after="0" w:line="240" w:lineRule="auto"/>
      </w:pPr>
      <w:r>
        <w:separator/>
      </w:r>
    </w:p>
  </w:footnote>
  <w:footnote w:type="continuationSeparator" w:id="0">
    <w:p w:rsidR="006257EC" w:rsidRDefault="006257EC" w14:paraId="12189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163848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B4159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0BF4"/>
    <w:rsid w:val="00347E45"/>
    <w:rsid w:val="003647F2"/>
    <w:rsid w:val="003C4B4C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57EC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501A"/>
    <w:rsid w:val="00B9777A"/>
    <w:rsid w:val="00BA2A5D"/>
    <w:rsid w:val="00BA5724"/>
    <w:rsid w:val="00BD03CD"/>
    <w:rsid w:val="00BD705E"/>
    <w:rsid w:val="00BD7144"/>
    <w:rsid w:val="00BE0D69"/>
    <w:rsid w:val="00C0069B"/>
    <w:rsid w:val="00C0319D"/>
    <w:rsid w:val="00C05A9E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24FE0ED"/>
    <w:rsid w:val="0605FEE8"/>
    <w:rsid w:val="06B4C0E3"/>
    <w:rsid w:val="125032E3"/>
    <w:rsid w:val="126A9DBA"/>
    <w:rsid w:val="15FB6E30"/>
    <w:rsid w:val="18B45F2A"/>
    <w:rsid w:val="277CD18F"/>
    <w:rsid w:val="2A5A640B"/>
    <w:rsid w:val="2B541A3E"/>
    <w:rsid w:val="2C17913D"/>
    <w:rsid w:val="2DEBBA81"/>
    <w:rsid w:val="317A8C66"/>
    <w:rsid w:val="3477C6E9"/>
    <w:rsid w:val="36115A31"/>
    <w:rsid w:val="3EF58F9B"/>
    <w:rsid w:val="4233A925"/>
    <w:rsid w:val="4392C4C1"/>
    <w:rsid w:val="46878F9E"/>
    <w:rsid w:val="4E7C6CBD"/>
    <w:rsid w:val="57714FD5"/>
    <w:rsid w:val="5A36BEA1"/>
    <w:rsid w:val="64783135"/>
    <w:rsid w:val="6594941F"/>
    <w:rsid w:val="65E288DE"/>
    <w:rsid w:val="66B753C5"/>
    <w:rsid w:val="699AE1A4"/>
    <w:rsid w:val="6A78F0AA"/>
    <w:rsid w:val="6B0FA7B2"/>
    <w:rsid w:val="6F6FAB72"/>
    <w:rsid w:val="6FDC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14</revision>
  <lastPrinted>2026-02-18T13:29:00.0000000Z</lastPrinted>
  <dcterms:created xsi:type="dcterms:W3CDTF">2026-08-21T08:50:00.0000000Z</dcterms:created>
  <dcterms:modified xsi:type="dcterms:W3CDTF">2026-09-07T09:52:31.2233170Z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