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4164509C" w:rsidRDefault="003C4B4C" w14:paraId="0A5CA275" w14:textId="057F7083">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5F24A720" w:rsidR="003C4B4C">
        <w:rPr>
          <w:rFonts w:ascii="Aptos" w:hAnsi="Aptos" w:cs="Arial"/>
          <w:b w:val="1"/>
          <w:bCs w:val="1"/>
          <w:color w:val="395D77"/>
          <w:lang w:val="fr-FR"/>
        </w:rPr>
        <w:t>Commercial</w:t>
      </w:r>
      <w:r w:rsidRPr="5F24A720" w:rsidR="00A73153">
        <w:rPr>
          <w:rFonts w:ascii="Aptos" w:hAnsi="Aptos" w:cs="Arial"/>
          <w:b w:val="1"/>
          <w:bCs w:val="1"/>
          <w:color w:val="395D77"/>
          <w:lang w:val="fr-FR"/>
        </w:rPr>
        <w:t xml:space="preserve"> Law</w:t>
      </w:r>
      <w:r w:rsidRPr="5F24A720" w:rsidR="002047B2">
        <w:rPr>
          <w:rFonts w:ascii="Aptos" w:hAnsi="Aptos" w:cs="Arial"/>
          <w:b w:val="1"/>
          <w:bCs w:val="1"/>
          <w:color w:val="395D77"/>
          <w:lang w:val="fr-FR"/>
        </w:rPr>
        <w:t xml:space="preserve"> – </w:t>
      </w:r>
      <w:r w:rsidRPr="5F24A720" w:rsidR="166A3562">
        <w:rPr>
          <w:rFonts w:ascii="Aptos" w:hAnsi="Aptos" w:cs="Arial"/>
          <w:b w:val="1"/>
          <w:bCs w:val="1"/>
          <w:color w:val="395D77"/>
          <w:lang w:val="fr-FR"/>
        </w:rPr>
        <w:t>Stagiair</w:t>
      </w:r>
      <w:r w:rsidRPr="5F24A720" w:rsidR="09CE52E4">
        <w:rPr>
          <w:rFonts w:ascii="Aptos" w:hAnsi="Aptos" w:cs="Arial"/>
          <w:b w:val="1"/>
          <w:bCs w:val="1"/>
          <w:color w:val="395D77"/>
          <w:lang w:val="fr-FR"/>
        </w:rPr>
        <w:t>e</w:t>
      </w:r>
      <w:r w:rsidRPr="5F24A720" w:rsidR="166A3562">
        <w:rPr>
          <w:rFonts w:ascii="Aptos" w:hAnsi="Aptos" w:cs="Arial"/>
          <w:b w:val="1"/>
          <w:bCs w:val="1"/>
          <w:color w:val="395D77"/>
          <w:lang w:val="fr-FR"/>
        </w:rPr>
        <w:t xml:space="preserve"> de première année </w:t>
      </w:r>
      <w:r w:rsidRPr="5F24A720" w:rsidR="0068094D">
        <w:rPr>
          <w:rFonts w:ascii="Aptos" w:hAnsi="Aptos" w:cs="Arial"/>
          <w:b w:val="1"/>
          <w:bCs w:val="1"/>
          <w:color w:val="395D77"/>
          <w:lang w:val="fr-FR"/>
        </w:rPr>
        <w:t xml:space="preserve">2027 </w:t>
      </w:r>
    </w:p>
    <w:p w:rsidR="327BDAC6" w:rsidP="5F24A720" w:rsidRDefault="327BDAC6" w14:paraId="07E4B4E0" w14:textId="62A993AA">
      <w:pPr>
        <w:spacing w:before="0" w:beforeAutospacing="off" w:after="200" w:afterAutospacing="off" w:line="276" w:lineRule="auto"/>
        <w:ind w:left="0" w:right="0"/>
        <w:jc w:val="left"/>
        <w:rPr>
          <w:rFonts w:ascii="Aptos" w:hAnsi="Aptos" w:eastAsia="Aptos" w:cs="Aptos"/>
          <w:noProof w:val="0"/>
          <w:sz w:val="20"/>
          <w:szCs w:val="20"/>
          <w:lang w:val="nl-BE"/>
        </w:rPr>
      </w:pPr>
      <w:r w:rsidRPr="5F24A720" w:rsidR="327BDAC6">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5F24A720" w:rsidR="327BDAC6">
        <w:rPr>
          <w:rFonts w:ascii="Aptos" w:hAnsi="Aptos" w:eastAsia="Aptos" w:cs="Aptos"/>
          <w:b w:val="1"/>
          <w:bCs w:val="1"/>
          <w:i w:val="0"/>
          <w:iCs w:val="0"/>
          <w:caps w:val="0"/>
          <w:smallCaps w:val="0"/>
          <w:noProof w:val="0"/>
          <w:color w:val="395D77"/>
          <w:sz w:val="20"/>
          <w:szCs w:val="20"/>
          <w:lang w:val="fr-BE"/>
        </w:rPr>
        <w:t xml:space="preserve">droit </w:t>
      </w:r>
      <w:r w:rsidRPr="5F24A720" w:rsidR="327BDAC6">
        <w:rPr>
          <w:rFonts w:ascii="Aptos" w:hAnsi="Aptos" w:eastAsia="Aptos" w:cs="Aptos"/>
          <w:b w:val="1"/>
          <w:bCs w:val="1"/>
          <w:i w:val="0"/>
          <w:iCs w:val="0"/>
          <w:caps w:val="0"/>
          <w:smallCaps w:val="0"/>
          <w:noProof w:val="0"/>
          <w:color w:val="395D77"/>
          <w:sz w:val="20"/>
          <w:szCs w:val="20"/>
          <w:lang w:val="fr-BE"/>
        </w:rPr>
        <w:t xml:space="preserve">commercial </w:t>
      </w:r>
      <w:r w:rsidRPr="5F24A720" w:rsidR="327BDAC6">
        <w:rPr>
          <w:rFonts w:ascii="Aptos" w:hAnsi="Aptos" w:eastAsia="Aptos" w:cs="Aptos"/>
          <w:b w:val="0"/>
          <w:bCs w:val="0"/>
          <w:i w:val="0"/>
          <w:iCs w:val="0"/>
          <w:caps w:val="0"/>
          <w:smallCaps w:val="0"/>
          <w:noProof w:val="0"/>
          <w:color w:val="395D77"/>
          <w:sz w:val="20"/>
          <w:szCs w:val="20"/>
          <w:lang w:val="fr-BE"/>
        </w:rPr>
        <w:t>?</w:t>
      </w:r>
      <w:r w:rsidRPr="5F24A720" w:rsidR="327BDAC6">
        <w:rPr>
          <w:rFonts w:ascii="Aptos" w:hAnsi="Aptos" w:eastAsia="Aptos" w:cs="Aptos"/>
          <w:b w:val="0"/>
          <w:bCs w:val="0"/>
          <w:i w:val="0"/>
          <w:iCs w:val="0"/>
          <w:caps w:val="0"/>
          <w:smallCaps w:val="0"/>
          <w:noProof w:val="0"/>
          <w:color w:val="395D77"/>
          <w:sz w:val="20"/>
          <w:szCs w:val="20"/>
          <w:lang w:val="fr-BE"/>
        </w:rPr>
        <w:t xml:space="preserve">  </w:t>
      </w:r>
      <w:r w:rsidRPr="5F24A720" w:rsidR="327BDAC6">
        <w:rPr>
          <w:rFonts w:ascii="Aptos" w:hAnsi="Aptos" w:eastAsia="Aptos" w:cs="Aptos"/>
          <w:b w:val="0"/>
          <w:bCs w:val="0"/>
          <w:i w:val="0"/>
          <w:iCs w:val="0"/>
          <w:caps w:val="0"/>
          <w:smallCaps w:val="0"/>
          <w:noProof w:val="0"/>
          <w:color w:val="395D77"/>
          <w:sz w:val="20"/>
          <w:szCs w:val="20"/>
          <w:lang w:val="fr-BE"/>
        </w:rPr>
        <w:t>Chez nous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p>
    <w:p w:rsidRPr="007C4BB9" w:rsidR="00643A6B" w:rsidP="4164509C" w:rsidRDefault="00086D2D" w14:paraId="56BF3249" w14:textId="2BAF4E56">
      <w:pPr>
        <w:rPr>
          <w:rFonts w:ascii="Aptos" w:hAnsi="Aptos" w:eastAsia="Aptos" w:cs="Aptos"/>
          <w:b w:val="0"/>
          <w:bCs w:val="0"/>
          <w:i w:val="0"/>
          <w:iCs w:val="0"/>
          <w:caps w:val="0"/>
          <w:smallCaps w:val="0"/>
          <w:noProof w:val="0"/>
          <w:color w:val="395D77"/>
          <w:sz w:val="20"/>
          <w:szCs w:val="20"/>
          <w:lang w:val="nl-NL"/>
        </w:rPr>
      </w:pPr>
      <w:r w:rsidRPr="4164509C" w:rsidR="55F3E71A">
        <w:rPr>
          <w:rFonts w:ascii="Aptos" w:hAnsi="Aptos" w:eastAsia="Aptos" w:cs="Aptos"/>
          <w:b w:val="0"/>
          <w:bCs w:val="0"/>
          <w:i w:val="0"/>
          <w:iCs w:val="0"/>
          <w:caps w:val="0"/>
          <w:smallCaps w:val="0"/>
          <w:noProof w:val="0"/>
          <w:color w:val="395D77"/>
          <w:sz w:val="20"/>
          <w:szCs w:val="20"/>
          <w:lang w:val="fr-BE"/>
        </w:rPr>
        <w:t>Vous travaillez depuis Anvers ou Bruxelles.</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164509C" w:rsidRDefault="4E572C4B" w14:paraId="3010104F" w14:textId="2F93EA8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31C58E35" w:rsidRDefault="4E572C4B" w14:paraId="18621D0C" w14:textId="2C3F3F21">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nl-NL"/>
        </w:rPr>
      </w:pPr>
      <w:r w:rsidRPr="31C58E35"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31C58E35" w:rsidR="0A850C54">
        <w:rPr>
          <w:rFonts w:ascii="Aptos" w:hAnsi="Aptos" w:eastAsia="Aptos" w:cs="Aptos"/>
          <w:b w:val="0"/>
          <w:bCs w:val="0"/>
          <w:i w:val="0"/>
          <w:iCs w:val="0"/>
          <w:caps w:val="0"/>
          <w:smallCaps w:val="0"/>
          <w:noProof w:val="0"/>
          <w:color w:val="395D77"/>
          <w:sz w:val="20"/>
          <w:szCs w:val="20"/>
          <w:lang w:val="fr-BE"/>
        </w:rPr>
        <w:t xml:space="preserve">français </w:t>
      </w:r>
      <w:r w:rsidRPr="31C58E35"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31C58E35" w:rsidR="67C7F76C">
        <w:rPr>
          <w:rFonts w:ascii="Aptos" w:hAnsi="Aptos" w:eastAsia="Aptos" w:cs="Aptos"/>
          <w:b w:val="0"/>
          <w:bCs w:val="0"/>
          <w:i w:val="0"/>
          <w:iCs w:val="0"/>
          <w:caps w:val="0"/>
          <w:smallCaps w:val="0"/>
          <w:noProof w:val="0"/>
          <w:color w:val="395D77"/>
          <w:sz w:val="20"/>
          <w:szCs w:val="20"/>
          <w:lang w:val="fr-BE"/>
        </w:rPr>
        <w:t xml:space="preserve">néerlandais </w:t>
      </w:r>
      <w:r w:rsidRPr="31C58E35" w:rsidR="4E572C4B">
        <w:rPr>
          <w:rFonts w:ascii="Aptos" w:hAnsi="Aptos" w:eastAsia="Aptos" w:cs="Aptos"/>
          <w:b w:val="0"/>
          <w:bCs w:val="0"/>
          <w:i w:val="0"/>
          <w:iCs w:val="0"/>
          <w:caps w:val="0"/>
          <w:smallCaps w:val="0"/>
          <w:noProof w:val="0"/>
          <w:color w:val="395D77"/>
          <w:sz w:val="20"/>
          <w:szCs w:val="20"/>
          <w:lang w:val="fr-BE"/>
        </w:rPr>
        <w:t>et de l’anglais, tant à l’oral qu’à l’écrit.</w:t>
      </w:r>
    </w:p>
    <w:p w:rsidR="4E572C4B" w:rsidP="4164509C" w:rsidRDefault="4E572C4B" w14:paraId="5ED1C867" w14:textId="142119F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75232AA1"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4767897C" w:rsidP="75232AA1" w:rsidRDefault="4767897C" w14:paraId="18039F6C" w14:textId="36F131E8">
      <w:pPr>
        <w:pStyle w:val="ListParagraph"/>
        <w:numPr>
          <w:ilvl w:val="0"/>
          <w:numId w:val="16"/>
        </w:numPr>
        <w:rPr>
          <w:noProof w:val="0"/>
          <w:lang w:val="fr-BE"/>
        </w:rPr>
      </w:pPr>
      <w:r w:rsidRPr="75232AA1" w:rsidR="4767897C">
        <w:rPr>
          <w:rFonts w:ascii="Aptos" w:hAnsi="Aptos" w:eastAsia="Aptos" w:cs="Aptos"/>
          <w:b w:val="0"/>
          <w:bCs w:val="0"/>
          <w:i w:val="0"/>
          <w:iCs w:val="0"/>
          <w:caps w:val="0"/>
          <w:smallCaps w:val="0"/>
          <w:noProof w:val="0"/>
          <w:color w:val="395D77"/>
          <w:sz w:val="20"/>
          <w:szCs w:val="20"/>
          <w:lang w:val="fr-BE"/>
        </w:rPr>
        <w:t>Vous portez un vif intérêt au</w:t>
      </w:r>
      <w:r w:rsidRPr="75232AA1" w:rsidR="4767897C">
        <w:rPr>
          <w:rFonts w:ascii="Aptos" w:hAnsi="Aptos" w:eastAsia="Aptos" w:cs="Aptos"/>
          <w:b w:val="1"/>
          <w:bCs w:val="1"/>
          <w:i w:val="0"/>
          <w:iCs w:val="0"/>
          <w:caps w:val="0"/>
          <w:smallCaps w:val="0"/>
          <w:noProof w:val="0"/>
          <w:color w:val="395D77"/>
          <w:sz w:val="20"/>
          <w:szCs w:val="20"/>
          <w:lang w:val="fr-BE"/>
        </w:rPr>
        <w:t xml:space="preserve"> droit commercial</w:t>
      </w:r>
      <w:r w:rsidRPr="75232AA1" w:rsidR="4767897C">
        <w:rPr>
          <w:rFonts w:ascii="Aptos" w:hAnsi="Aptos" w:eastAsia="Aptos" w:cs="Aptos"/>
          <w:b w:val="0"/>
          <w:bCs w:val="0"/>
          <w:i w:val="0"/>
          <w:iCs w:val="0"/>
          <w:caps w:val="0"/>
          <w:smallCaps w:val="0"/>
          <w:noProof w:val="0"/>
          <w:color w:val="395D77"/>
          <w:sz w:val="20"/>
          <w:szCs w:val="20"/>
          <w:lang w:val="fr-BE"/>
        </w:rPr>
        <w:t xml:space="preserve"> et êtes particulièrement motivé(e) à l’idée de développer et d’approfondir votre expertise dans ce domaine juridique</w:t>
      </w:r>
    </w:p>
    <w:p w:rsidR="4E572C4B" w:rsidP="4164509C" w:rsidRDefault="4E572C4B" w14:paraId="04522801" w14:textId="1AAB4AD8">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164509C" w:rsidRDefault="4E572C4B" w14:paraId="1462214F" w14:textId="061B7B8F">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9CE52E4"/>
    <w:rsid w:val="0A850C54"/>
    <w:rsid w:val="0D6ABCC0"/>
    <w:rsid w:val="166A3562"/>
    <w:rsid w:val="31C58E35"/>
    <w:rsid w:val="327BDAC6"/>
    <w:rsid w:val="383C1FDE"/>
    <w:rsid w:val="3F8E81CD"/>
    <w:rsid w:val="4164509C"/>
    <w:rsid w:val="43884EE5"/>
    <w:rsid w:val="4767897C"/>
    <w:rsid w:val="4872B1CA"/>
    <w:rsid w:val="4E572C4B"/>
    <w:rsid w:val="55F3E71A"/>
    <w:rsid w:val="5DC596FB"/>
    <w:rsid w:val="5F24A720"/>
    <w:rsid w:val="60FB25C3"/>
    <w:rsid w:val="66FC164F"/>
    <w:rsid w:val="67C7F76C"/>
    <w:rsid w:val="6A78F0AA"/>
    <w:rsid w:val="6F6FAB72"/>
    <w:rsid w:val="736623DC"/>
    <w:rsid w:val="75232AA1"/>
    <w:rsid w:val="76DBB552"/>
    <w:rsid w:val="76F748D0"/>
    <w:rsid w:val="7FBF4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13</revision>
  <lastPrinted>2026-02-18T13:29:00.0000000Z</lastPrinted>
  <dcterms:created xsi:type="dcterms:W3CDTF">2026-08-21T08:50:00.0000000Z</dcterms:created>
  <dcterms:modified xsi:type="dcterms:W3CDTF">2026-09-07T09:30:07.0609765Z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fr</vt:lpwstr>
  </property>
</Properties>
</file>