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03C16260" w:rsidRDefault="003C4B4C" w14:paraId="0A5CA275" w14:textId="703B13AA">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nl-NL"/>
        </w:rPr>
      </w:pPr>
      <w:r w:rsidRPr="67A88394" w:rsidR="6A24E605">
        <w:rPr>
          <w:rFonts w:ascii="Aptos" w:hAnsi="Aptos" w:cs="Arial"/>
          <w:b w:val="1"/>
          <w:bCs w:val="1"/>
          <w:color w:val="395D77"/>
          <w:lang w:val="nl-NL"/>
        </w:rPr>
        <w:t xml:space="preserve">Corporate </w:t>
      </w:r>
      <w:r w:rsidRPr="67A88394" w:rsidR="00A73153">
        <w:rPr>
          <w:rFonts w:ascii="Aptos" w:hAnsi="Aptos" w:cs="Arial"/>
          <w:b w:val="1"/>
          <w:bCs w:val="1"/>
          <w:color w:val="395D77"/>
          <w:lang w:val="nl-NL"/>
        </w:rPr>
        <w:t>Law</w:t>
      </w:r>
      <w:r w:rsidRPr="67A88394" w:rsidR="002047B2">
        <w:rPr>
          <w:rFonts w:ascii="Aptos" w:hAnsi="Aptos" w:cs="Arial"/>
          <w:b w:val="1"/>
          <w:bCs w:val="1"/>
          <w:color w:val="395D77"/>
          <w:lang w:val="nl-NL"/>
        </w:rPr>
        <w:t xml:space="preserve"> – </w:t>
      </w:r>
      <w:r w:rsidRPr="67A88394" w:rsidR="0068094D">
        <w:rPr>
          <w:rFonts w:ascii="Aptos" w:hAnsi="Aptos" w:cs="Arial"/>
          <w:b w:val="1"/>
          <w:bCs w:val="1"/>
          <w:color w:val="395D77"/>
          <w:lang w:val="nl-NL"/>
        </w:rPr>
        <w:t>Eerstejaarsstagia</w:t>
      </w:r>
      <w:r w:rsidRPr="67A88394" w:rsidR="00962026">
        <w:rPr>
          <w:rFonts w:ascii="Aptos" w:hAnsi="Aptos" w:cs="Arial"/>
          <w:b w:val="1"/>
          <w:bCs w:val="1"/>
          <w:color w:val="395D77"/>
          <w:lang w:val="nl-NL"/>
        </w:rPr>
        <w:t>i</w:t>
      </w:r>
      <w:r w:rsidRPr="67A88394" w:rsidR="0068094D">
        <w:rPr>
          <w:rFonts w:ascii="Aptos" w:hAnsi="Aptos" w:cs="Arial"/>
          <w:b w:val="1"/>
          <w:bCs w:val="1"/>
          <w:color w:val="395D77"/>
          <w:lang w:val="nl-NL"/>
        </w:rPr>
        <w:t xml:space="preserve">r 2027 </w:t>
      </w:r>
    </w:p>
    <w:p w:rsidRPr="007C4BB9" w:rsidR="00086D2D" w:rsidP="67A88394" w:rsidRDefault="00086D2D" w14:paraId="551E3014" w14:textId="30820657">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nl-NL"/>
        </w:rPr>
      </w:pPr>
      <w:r w:rsidRPr="30DCEA39" w:rsidR="1CA3650B">
        <w:rPr>
          <w:rFonts w:ascii="Aptos" w:hAnsi="Aptos" w:eastAsia="Aptos" w:cs="Aptos"/>
          <w:b w:val="0"/>
          <w:bCs w:val="0"/>
          <w:i w:val="0"/>
          <w:iCs w:val="0"/>
          <w:caps w:val="0"/>
          <w:smallCaps w:val="0"/>
          <w:noProof w:val="0"/>
          <w:color w:val="395E77"/>
          <w:sz w:val="20"/>
          <w:szCs w:val="20"/>
          <w:lang w:val="nl-BE"/>
        </w:rPr>
        <w:t xml:space="preserve">Ben jij een ambitieuze eerstejaars stagiair met een uitgesproken interesse in </w:t>
      </w:r>
      <w:r w:rsidRPr="30DCEA39" w:rsidR="1CA3650B">
        <w:rPr>
          <w:rFonts w:ascii="Aptos" w:hAnsi="Aptos" w:eastAsia="Aptos" w:cs="Aptos"/>
          <w:b w:val="1"/>
          <w:bCs w:val="1"/>
          <w:i w:val="0"/>
          <w:iCs w:val="0"/>
          <w:caps w:val="0"/>
          <w:smallCaps w:val="0"/>
          <w:noProof w:val="0"/>
          <w:color w:val="395E77"/>
          <w:sz w:val="20"/>
          <w:szCs w:val="20"/>
          <w:lang w:val="nl-BE"/>
        </w:rPr>
        <w:t>vennootschapsrecht</w:t>
      </w:r>
      <w:r w:rsidRPr="30DCEA39" w:rsidR="1CA3650B">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Pr="007C4BB9" w:rsidR="00643A6B" w:rsidP="00086D2D" w:rsidRDefault="00086D2D" w14:paraId="56BF3249" w14:textId="2CFDB5C0">
      <w:pPr>
        <w:rPr>
          <w:rFonts w:ascii="Aptos" w:hAnsi="Aptos" w:cs="Arial"/>
          <w:color w:val="395D77"/>
          <w:sz w:val="20"/>
          <w:szCs w:val="20"/>
          <w:lang w:val="nl-NL"/>
        </w:rPr>
      </w:pPr>
      <w:r w:rsidRPr="4EB69295" w:rsidR="00086D2D">
        <w:rPr>
          <w:rFonts w:ascii="Aptos" w:hAnsi="Aptos" w:cs="Arial"/>
          <w:color w:val="395D77"/>
          <w:sz w:val="20"/>
          <w:szCs w:val="20"/>
          <w:lang w:val="nl-NL"/>
        </w:rPr>
        <w:t>Je werkt vanuit Antwerpen</w:t>
      </w:r>
      <w:r w:rsidRPr="4EB69295" w:rsidR="05760A69">
        <w:rPr>
          <w:rFonts w:ascii="Aptos" w:hAnsi="Aptos" w:cs="Arial"/>
          <w:color w:val="395D77"/>
          <w:sz w:val="20"/>
          <w:szCs w:val="20"/>
          <w:lang w:val="nl-NL"/>
        </w:rPr>
        <w:t xml:space="preserve"> of Brussel</w:t>
      </w:r>
      <w:r w:rsidRPr="4EB69295"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03C16260" w:rsidRDefault="00F533B9" w14:paraId="3B3C14EB" w14:textId="0B79E5D0">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cs="Arial"/>
          <w:color w:val="395D77"/>
          <w:sz w:val="20"/>
          <w:szCs w:val="20"/>
          <w:lang w:val="nl-NL"/>
        </w:rPr>
      </w:pPr>
      <w:r w:rsidRPr="64CA2A18" w:rsidR="00F533B9">
        <w:rPr>
          <w:rFonts w:ascii="Aptos" w:hAnsi="Aptos" w:cs="Arial"/>
          <w:color w:val="395D77"/>
          <w:sz w:val="20"/>
          <w:szCs w:val="20"/>
          <w:lang w:val="nl-NL"/>
        </w:rPr>
        <w:t xml:space="preserve">Je hebt een sterke interesse in </w:t>
      </w:r>
      <w:r w:rsidRPr="64CA2A18" w:rsidR="14A215F9">
        <w:rPr>
          <w:rFonts w:ascii="Aptos" w:hAnsi="Aptos" w:cs="Arial"/>
          <w:b w:val="1"/>
          <w:bCs w:val="1"/>
          <w:color w:val="395D77"/>
          <w:sz w:val="20"/>
          <w:szCs w:val="20"/>
          <w:lang w:val="nl-NL"/>
        </w:rPr>
        <w:t>vennootschaps</w:t>
      </w:r>
      <w:r w:rsidRPr="64CA2A18" w:rsidR="00C05A9E">
        <w:rPr>
          <w:rFonts w:ascii="Aptos" w:hAnsi="Aptos" w:cs="Arial"/>
          <w:b w:val="1"/>
          <w:bCs w:val="1"/>
          <w:color w:val="395D77"/>
          <w:sz w:val="20"/>
          <w:szCs w:val="20"/>
          <w:lang w:val="nl-NL"/>
        </w:rPr>
        <w:t>recht</w:t>
      </w:r>
      <w:r w:rsidRPr="64CA2A18" w:rsidR="00F533B9">
        <w:rPr>
          <w:rFonts w:ascii="Aptos" w:hAnsi="Aptos" w:cs="Arial"/>
          <w:color w:val="395D77"/>
          <w:sz w:val="20"/>
          <w:szCs w:val="20"/>
          <w:lang w:val="nl-NL"/>
        </w:rPr>
        <w:t xml:space="preserve"> 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3C16260"/>
    <w:rsid w:val="05760A69"/>
    <w:rsid w:val="14A215F9"/>
    <w:rsid w:val="181D5F0C"/>
    <w:rsid w:val="1CA3650B"/>
    <w:rsid w:val="2825645D"/>
    <w:rsid w:val="30DCEA39"/>
    <w:rsid w:val="48B2ECED"/>
    <w:rsid w:val="4EB69295"/>
    <w:rsid w:val="64CA2A18"/>
    <w:rsid w:val="67A88394"/>
    <w:rsid w:val="6A24E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2026-09-07T09:27:39.2139150Z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