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1B06DD2" w:rsidP="1A7D7662" w:rsidRDefault="01B06DD2" w14:paraId="4723F28F" w14:textId="5A28B0BF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Corporate Law – First-year trainee 2027</w:t>
      </w:r>
    </w:p>
    <w:p w:rsidR="01B06DD2" w:rsidP="1A7D7662" w:rsidRDefault="01B06DD2" w14:paraId="7310154D" w14:textId="481289CB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1A7D7662" w:rsidR="01B06D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corporate law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="01B06DD2" w:rsidP="1A7D7662" w:rsidRDefault="01B06DD2" w14:paraId="21FFD6C5" w14:textId="3A6533D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="1A7D7662" w:rsidP="1A7D7662" w:rsidRDefault="1A7D7662" w14:paraId="5EB27FE9" w14:textId="407944E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01B06DD2" w:rsidP="1A7D7662" w:rsidRDefault="01B06DD2" w14:paraId="7AF0F1DD" w14:textId="37DF1BE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="01B06DD2" w:rsidP="1A7D7662" w:rsidRDefault="01B06DD2" w14:paraId="217CFCE5" w14:textId="636FC438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="01B06DD2" w:rsidP="1A7D7662" w:rsidRDefault="01B06DD2" w14:paraId="16021C5D" w14:textId="3298D69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="01B06DD2" w:rsidP="1A7D7662" w:rsidRDefault="01B06DD2" w14:paraId="582E5DF9" w14:textId="659FD199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="01B06DD2" w:rsidP="1A7D7662" w:rsidRDefault="01B06DD2" w14:paraId="4390CC63" w14:textId="617F3D1A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1A7D7662" w:rsidR="01B06D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corporate law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motivated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to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further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develop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your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expertise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within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this</w:t>
      </w: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legal field.</w:t>
      </w:r>
    </w:p>
    <w:p w:rsidR="01B06DD2" w:rsidP="1A7D7662" w:rsidRDefault="01B06DD2" w14:paraId="52B5D62A" w14:textId="707708AF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="01B06DD2" w:rsidP="1A7D7662" w:rsidRDefault="01B06DD2" w14:paraId="6D6C26DF" w14:textId="1D0347B8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="1A7D7662" w:rsidP="1A7D7662" w:rsidRDefault="1A7D7662" w14:paraId="54FDCBBE" w14:textId="19809B6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01B06DD2" w:rsidP="1A7D7662" w:rsidRDefault="01B06DD2" w14:paraId="0B7428CC" w14:textId="706931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="01B06DD2" w:rsidP="1A7D7662" w:rsidRDefault="01B06DD2" w14:paraId="281E7C91" w14:textId="054DB42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="01B06DD2" w:rsidP="1A7D7662" w:rsidRDefault="01B06DD2" w14:paraId="0B14A057" w14:textId="73C68A0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A7D7662" w:rsidR="01B06D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="1A7D7662" w:rsidP="1A7D7662" w:rsidRDefault="1A7D7662" w14:paraId="025A00DA" w14:textId="034690D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1A7D7662" w:rsidP="1A7D7662" w:rsidRDefault="1A7D7662" w14:paraId="3B280371" w14:textId="4541640E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7EC" w:rsidRDefault="006257EC" w14:paraId="6FF8E55F" w14:textId="77777777">
      <w:pPr>
        <w:spacing w:after="0" w:line="240" w:lineRule="auto"/>
      </w:pPr>
      <w:r>
        <w:separator/>
      </w:r>
    </w:p>
  </w:endnote>
  <w:endnote w:type="continuationSeparator" w:id="0">
    <w:p w:rsidR="006257EC" w:rsidRDefault="006257EC" w14:paraId="05CAF3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7EC" w:rsidRDefault="006257EC" w14:paraId="4FA1FA5D" w14:textId="77777777">
      <w:pPr>
        <w:spacing w:after="0" w:line="240" w:lineRule="auto"/>
      </w:pPr>
      <w:r>
        <w:separator/>
      </w:r>
    </w:p>
  </w:footnote>
  <w:footnote w:type="continuationSeparator" w:id="0">
    <w:p w:rsidR="006257EC" w:rsidRDefault="006257EC" w14:paraId="12189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1822a9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0BF4"/>
    <w:rsid w:val="00347E45"/>
    <w:rsid w:val="003647F2"/>
    <w:rsid w:val="003C4B4C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57EC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501A"/>
    <w:rsid w:val="00B9777A"/>
    <w:rsid w:val="00BA2A5D"/>
    <w:rsid w:val="00BA5724"/>
    <w:rsid w:val="00BD03CD"/>
    <w:rsid w:val="00BD705E"/>
    <w:rsid w:val="00BD7144"/>
    <w:rsid w:val="00BE0D69"/>
    <w:rsid w:val="00C0069B"/>
    <w:rsid w:val="00C0319D"/>
    <w:rsid w:val="00C05A9E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1B06DD2"/>
    <w:rsid w:val="03C16260"/>
    <w:rsid w:val="05760A69"/>
    <w:rsid w:val="14A215F9"/>
    <w:rsid w:val="181D5F0C"/>
    <w:rsid w:val="1A7D7662"/>
    <w:rsid w:val="1CA3650B"/>
    <w:rsid w:val="2825645D"/>
    <w:rsid w:val="30DCEA39"/>
    <w:rsid w:val="48B2ECED"/>
    <w:rsid w:val="4EB69295"/>
    <w:rsid w:val="64CA2A18"/>
    <w:rsid w:val="67A88394"/>
    <w:rsid w:val="6A24E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14</revision>
  <lastPrinted>2026-02-18T13:29:00.0000000Z</lastPrinted>
  <dcterms:created xsi:type="dcterms:W3CDTF">2026-08-21T08:50:00.0000000Z</dcterms:created>
  <dcterms:modified xsi:type="dcterms:W3CDTF">2026-09-07T09:40:15.4961989Z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