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00B44D1E" w:rsidRDefault="00A73153" w14:paraId="0A5CA275" w14:textId="6DF43940">
      <w:pPr>
        <w:rPr>
          <w:rFonts w:ascii="Aptos" w:hAnsi="Aptos" w:cs="Arial"/>
          <w:b/>
          <w:bCs/>
          <w:color w:val="395D77"/>
          <w:lang w:val="nl-NL"/>
        </w:rPr>
      </w:pPr>
      <w:r w:rsidRPr="5E96B9C2" w:rsidR="00A73153">
        <w:rPr>
          <w:rFonts w:ascii="Aptos" w:hAnsi="Aptos" w:cs="Arial"/>
          <w:b w:val="1"/>
          <w:bCs w:val="1"/>
          <w:color w:val="395D77"/>
          <w:lang w:val="nl-NL"/>
        </w:rPr>
        <w:t>Environment</w:t>
      </w:r>
      <w:r w:rsidRPr="5E96B9C2" w:rsidR="00D134F1">
        <w:rPr>
          <w:rFonts w:ascii="Aptos" w:hAnsi="Aptos" w:cs="Arial"/>
          <w:b w:val="1"/>
          <w:bCs w:val="1"/>
          <w:color w:val="395D77"/>
          <w:lang w:val="nl-NL"/>
        </w:rPr>
        <w:t>al</w:t>
      </w:r>
      <w:r w:rsidRPr="5E96B9C2" w:rsidR="00A73153">
        <w:rPr>
          <w:rFonts w:ascii="Aptos" w:hAnsi="Aptos" w:cs="Arial"/>
          <w:b w:val="1"/>
          <w:bCs w:val="1"/>
          <w:color w:val="395D77"/>
          <w:lang w:val="nl-NL"/>
        </w:rPr>
        <w:t xml:space="preserve"> Law</w:t>
      </w:r>
      <w:r w:rsidRPr="5E96B9C2" w:rsidR="002047B2">
        <w:rPr>
          <w:rFonts w:ascii="Aptos" w:hAnsi="Aptos" w:cs="Arial"/>
          <w:b w:val="1"/>
          <w:bCs w:val="1"/>
          <w:color w:val="395D77"/>
          <w:lang w:val="nl-NL"/>
        </w:rPr>
        <w:t xml:space="preserve"> – </w:t>
      </w:r>
      <w:r w:rsidRPr="5E96B9C2" w:rsidR="0068094D">
        <w:rPr>
          <w:rFonts w:ascii="Aptos" w:hAnsi="Aptos" w:cs="Arial"/>
          <w:b w:val="1"/>
          <w:bCs w:val="1"/>
          <w:color w:val="395D77"/>
          <w:lang w:val="nl-NL"/>
        </w:rPr>
        <w:t>Eerstejaarsstagia</w:t>
      </w:r>
      <w:r w:rsidRPr="5E96B9C2" w:rsidR="00962026">
        <w:rPr>
          <w:rFonts w:ascii="Aptos" w:hAnsi="Aptos" w:cs="Arial"/>
          <w:b w:val="1"/>
          <w:bCs w:val="1"/>
          <w:color w:val="395D77"/>
          <w:lang w:val="nl-NL"/>
        </w:rPr>
        <w:t>i</w:t>
      </w:r>
      <w:r w:rsidRPr="5E96B9C2" w:rsidR="0068094D">
        <w:rPr>
          <w:rFonts w:ascii="Aptos" w:hAnsi="Aptos" w:cs="Arial"/>
          <w:b w:val="1"/>
          <w:bCs w:val="1"/>
          <w:color w:val="395D77"/>
          <w:lang w:val="nl-NL"/>
        </w:rPr>
        <w:t xml:space="preserve">r 2027 </w:t>
      </w:r>
    </w:p>
    <w:p w:rsidR="229FA55D" w:rsidP="5E96B9C2" w:rsidRDefault="229FA55D" w14:paraId="78C99893" w14:textId="78AB5A4B">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nl-NL"/>
        </w:rPr>
      </w:pPr>
      <w:r w:rsidRPr="569270A9" w:rsidR="229FA55D">
        <w:rPr>
          <w:rFonts w:ascii="Aptos" w:hAnsi="Aptos" w:eastAsia="Aptos" w:cs="Aptos"/>
          <w:b w:val="0"/>
          <w:bCs w:val="0"/>
          <w:i w:val="0"/>
          <w:iCs w:val="0"/>
          <w:caps w:val="0"/>
          <w:smallCaps w:val="0"/>
          <w:noProof w:val="0"/>
          <w:color w:val="395E77"/>
          <w:sz w:val="20"/>
          <w:szCs w:val="20"/>
          <w:lang w:val="nl-BE"/>
        </w:rPr>
        <w:t xml:space="preserve">Ben jij een ambitieuze eerstejaars stagiair met een uitgesproken interesse in </w:t>
      </w:r>
      <w:r w:rsidRPr="569270A9" w:rsidR="229FA55D">
        <w:rPr>
          <w:rFonts w:ascii="Aptos" w:hAnsi="Aptos" w:eastAsia="Aptos" w:cs="Aptos"/>
          <w:b w:val="1"/>
          <w:bCs w:val="1"/>
          <w:i w:val="0"/>
          <w:iCs w:val="0"/>
          <w:caps w:val="0"/>
          <w:smallCaps w:val="0"/>
          <w:noProof w:val="0"/>
          <w:color w:val="395E77"/>
          <w:sz w:val="20"/>
          <w:szCs w:val="20"/>
          <w:lang w:val="nl-BE"/>
        </w:rPr>
        <w:t>omgevingsrecht</w:t>
      </w:r>
      <w:r w:rsidRPr="569270A9" w:rsidR="229FA55D">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Pr="007C4BB9" w:rsidR="00643A6B" w:rsidP="00086D2D" w:rsidRDefault="00086D2D" w14:paraId="56BF3249" w14:textId="5F854398">
      <w:pPr>
        <w:rPr>
          <w:rFonts w:ascii="Aptos" w:hAnsi="Aptos" w:cs="Arial"/>
          <w:color w:val="395D77"/>
          <w:sz w:val="20"/>
          <w:szCs w:val="20"/>
          <w:lang w:val="nl-NL"/>
        </w:rPr>
      </w:pPr>
      <w:r w:rsidRPr="5F853A5F" w:rsidR="00086D2D">
        <w:rPr>
          <w:rFonts w:ascii="Aptos" w:hAnsi="Aptos" w:cs="Arial"/>
          <w:color w:val="395D77"/>
          <w:sz w:val="20"/>
          <w:szCs w:val="20"/>
          <w:lang w:val="nl-NL"/>
        </w:rPr>
        <w:t>Je werkt vanuit Antwerpen</w:t>
      </w:r>
      <w:r w:rsidRPr="5F853A5F" w:rsidR="3E6DF1B9">
        <w:rPr>
          <w:rFonts w:ascii="Aptos" w:hAnsi="Aptos" w:cs="Arial"/>
          <w:color w:val="395D77"/>
          <w:sz w:val="20"/>
          <w:szCs w:val="20"/>
          <w:lang w:val="nl-NL"/>
        </w:rPr>
        <w:t xml:space="preserve"> of Brussel</w:t>
      </w:r>
      <w:r w:rsidRPr="5F853A5F"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007C4BB9" w:rsidRDefault="00F533B9" w14:paraId="3B3C14EB" w14:textId="400EF386">
      <w:pPr>
        <w:pStyle w:val="ListParagraph"/>
        <w:numPr>
          <w:ilvl w:val="0"/>
          <w:numId w:val="16"/>
        </w:numPr>
        <w:rPr>
          <w:rFonts w:ascii="Aptos" w:hAnsi="Aptos" w:cs="Arial"/>
          <w:color w:val="395D77"/>
          <w:sz w:val="20"/>
          <w:szCs w:val="20"/>
          <w:lang w:val="nl-NL"/>
        </w:rPr>
      </w:pPr>
      <w:r w:rsidRPr="00F533B9">
        <w:rPr>
          <w:rFonts w:ascii="Aptos" w:hAnsi="Aptos" w:cs="Arial"/>
          <w:color w:val="395D77"/>
          <w:sz w:val="20"/>
          <w:szCs w:val="20"/>
          <w:lang w:val="nl-NL"/>
        </w:rPr>
        <w:t xml:space="preserve">Je hebt een sterke interesse in het </w:t>
      </w:r>
      <w:r w:rsidRPr="00866011">
        <w:rPr>
          <w:rFonts w:ascii="Aptos" w:hAnsi="Aptos" w:cs="Arial"/>
          <w:b/>
          <w:bCs/>
          <w:color w:val="395D77"/>
          <w:sz w:val="20"/>
          <w:szCs w:val="20"/>
          <w:lang w:val="nl-NL"/>
        </w:rPr>
        <w:t>omgevingsrecht</w:t>
      </w:r>
      <w:r w:rsidRPr="00F533B9">
        <w:rPr>
          <w:rFonts w:ascii="Aptos" w:hAnsi="Aptos" w:cs="Arial"/>
          <w:color w:val="395D77"/>
          <w:sz w:val="20"/>
          <w:szCs w:val="20"/>
          <w:lang w:val="nl-NL"/>
        </w:rPr>
        <w:t xml:space="preserve"> 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203" w:rsidRDefault="001D7203" w14:paraId="712C0683" w14:textId="77777777">
      <w:pPr>
        <w:spacing w:after="0" w:line="240" w:lineRule="auto"/>
      </w:pPr>
      <w:r>
        <w:separator/>
      </w:r>
    </w:p>
  </w:endnote>
  <w:endnote w:type="continuationSeparator" w:id="0">
    <w:p w:rsidR="001D7203" w:rsidRDefault="001D7203" w14:paraId="228BC0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203" w:rsidRDefault="001D7203" w14:paraId="35BF1D92" w14:textId="77777777">
      <w:pPr>
        <w:spacing w:after="0" w:line="240" w:lineRule="auto"/>
      </w:pPr>
      <w:r>
        <w:separator/>
      </w:r>
    </w:p>
  </w:footnote>
  <w:footnote w:type="continuationSeparator" w:id="0">
    <w:p w:rsidR="001D7203" w:rsidRDefault="001D7203" w14:paraId="0BF8EAC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A7DBB"/>
    <w:rsid w:val="001B7D99"/>
    <w:rsid w:val="001D7203"/>
    <w:rsid w:val="002047B2"/>
    <w:rsid w:val="00211D97"/>
    <w:rsid w:val="0029639D"/>
    <w:rsid w:val="002C57B9"/>
    <w:rsid w:val="002F2304"/>
    <w:rsid w:val="00326F90"/>
    <w:rsid w:val="00327840"/>
    <w:rsid w:val="00347E45"/>
    <w:rsid w:val="003647F2"/>
    <w:rsid w:val="003F1780"/>
    <w:rsid w:val="003F5381"/>
    <w:rsid w:val="00430C92"/>
    <w:rsid w:val="004341BE"/>
    <w:rsid w:val="004374D6"/>
    <w:rsid w:val="00476E14"/>
    <w:rsid w:val="004F7F31"/>
    <w:rsid w:val="0051374F"/>
    <w:rsid w:val="00556182"/>
    <w:rsid w:val="005C227F"/>
    <w:rsid w:val="005D1E7D"/>
    <w:rsid w:val="00616E46"/>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62026"/>
    <w:rsid w:val="00973CBE"/>
    <w:rsid w:val="009C0E16"/>
    <w:rsid w:val="00A4183C"/>
    <w:rsid w:val="00A73153"/>
    <w:rsid w:val="00AA1D8D"/>
    <w:rsid w:val="00AC03E3"/>
    <w:rsid w:val="00B11B51"/>
    <w:rsid w:val="00B37D5A"/>
    <w:rsid w:val="00B4433F"/>
    <w:rsid w:val="00B44D1E"/>
    <w:rsid w:val="00B47730"/>
    <w:rsid w:val="00B65287"/>
    <w:rsid w:val="00B9777A"/>
    <w:rsid w:val="00BA5724"/>
    <w:rsid w:val="00BD03CD"/>
    <w:rsid w:val="00BD705E"/>
    <w:rsid w:val="00BD7144"/>
    <w:rsid w:val="00BE0D69"/>
    <w:rsid w:val="00C0069B"/>
    <w:rsid w:val="00C0319D"/>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229FA55D"/>
    <w:rsid w:val="3E6DF1B9"/>
    <w:rsid w:val="454823A1"/>
    <w:rsid w:val="569270A9"/>
    <w:rsid w:val="5E96B9C2"/>
    <w:rsid w:val="5F853A5F"/>
    <w:rsid w:val="6CD79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6</revision>
  <lastPrinted>2026-02-18T13:29:00.0000000Z</lastPrinted>
  <dcterms:created xsi:type="dcterms:W3CDTF">2026-08-21T08:50:00.0000000Z</dcterms:created>
  <dcterms:modified xsi:type="dcterms:W3CDTF">2026-09-07T09:27:48.5162959Z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5" name="docLang">
    <vt:lpwstr>nl</vt:lpwstr>
  </property>
</Properties>
</file>