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00B44D1E" w:rsidRDefault="00B223A9" w14:paraId="0A5CA275" w14:textId="17EDE3E5">
      <w:pPr>
        <w:rPr>
          <w:rFonts w:ascii="Aptos" w:hAnsi="Aptos" w:cs="Arial"/>
          <w:b/>
          <w:bCs/>
          <w:color w:val="395D77"/>
          <w:lang w:val="nl-NL"/>
        </w:rPr>
      </w:pPr>
      <w:r w:rsidRPr="63AFABCA" w:rsidR="00B223A9">
        <w:rPr>
          <w:rFonts w:ascii="Aptos" w:hAnsi="Aptos" w:cs="Arial"/>
          <w:b w:val="1"/>
          <w:bCs w:val="1"/>
          <w:color w:val="395D77"/>
          <w:lang w:val="nl-NL"/>
        </w:rPr>
        <w:t xml:space="preserve">Real </w:t>
      </w:r>
      <w:proofErr w:type="spellStart"/>
      <w:r w:rsidRPr="63AFABCA" w:rsidR="00B223A9">
        <w:rPr>
          <w:rFonts w:ascii="Aptos" w:hAnsi="Aptos" w:cs="Arial"/>
          <w:b w:val="1"/>
          <w:bCs w:val="1"/>
          <w:color w:val="395D77"/>
          <w:lang w:val="nl-NL"/>
        </w:rPr>
        <w:t>Estate</w:t>
      </w:r>
      <w:proofErr w:type="spellEnd"/>
      <w:r w:rsidRPr="63AFABCA" w:rsidR="00A73153">
        <w:rPr>
          <w:rFonts w:ascii="Aptos" w:hAnsi="Aptos" w:cs="Arial"/>
          <w:b w:val="1"/>
          <w:bCs w:val="1"/>
          <w:color w:val="395D77"/>
          <w:lang w:val="nl-NL"/>
        </w:rPr>
        <w:t xml:space="preserve"> Law</w:t>
      </w:r>
      <w:r w:rsidRPr="63AFABCA" w:rsidR="002047B2">
        <w:rPr>
          <w:rFonts w:ascii="Aptos" w:hAnsi="Aptos" w:cs="Arial"/>
          <w:b w:val="1"/>
          <w:bCs w:val="1"/>
          <w:color w:val="395D77"/>
          <w:lang w:val="nl-NL"/>
        </w:rPr>
        <w:t xml:space="preserve"> – </w:t>
      </w:r>
      <w:r w:rsidRPr="63AFABCA" w:rsidR="0068094D">
        <w:rPr>
          <w:rFonts w:ascii="Aptos" w:hAnsi="Aptos" w:cs="Arial"/>
          <w:b w:val="1"/>
          <w:bCs w:val="1"/>
          <w:color w:val="395D77"/>
          <w:lang w:val="nl-NL"/>
        </w:rPr>
        <w:t>Eerstejaarsstagia</w:t>
      </w:r>
      <w:r w:rsidRPr="63AFABCA" w:rsidR="00962026">
        <w:rPr>
          <w:rFonts w:ascii="Aptos" w:hAnsi="Aptos" w:cs="Arial"/>
          <w:b w:val="1"/>
          <w:bCs w:val="1"/>
          <w:color w:val="395D77"/>
          <w:lang w:val="nl-NL"/>
        </w:rPr>
        <w:t>i</w:t>
      </w:r>
      <w:r w:rsidRPr="63AFABCA" w:rsidR="0068094D">
        <w:rPr>
          <w:rFonts w:ascii="Aptos" w:hAnsi="Aptos" w:cs="Arial"/>
          <w:b w:val="1"/>
          <w:bCs w:val="1"/>
          <w:color w:val="395D77"/>
          <w:lang w:val="nl-NL"/>
        </w:rPr>
        <w:t xml:space="preserve">r 2027 </w:t>
      </w:r>
    </w:p>
    <w:p w:rsidRPr="007C4BB9" w:rsidR="00086D2D" w:rsidP="63AFABCA" w:rsidRDefault="00086D2D" w14:paraId="551E3014" w14:textId="1C68A275">
      <w:pPr>
        <w:pStyle w:val="Normal"/>
        <w:rPr>
          <w:rFonts w:ascii="Aptos" w:hAnsi="Aptos" w:eastAsia="Aptos" w:cs="Aptos"/>
          <w:noProof w:val="0"/>
          <w:sz w:val="18"/>
          <w:szCs w:val="18"/>
          <w:lang w:val="nl-NL"/>
        </w:rPr>
      </w:pPr>
      <w:r w:rsidRPr="63AFABCA" w:rsidR="21C16C56">
        <w:rPr>
          <w:rFonts w:ascii="Aptos" w:hAnsi="Aptos" w:eastAsia="Aptos" w:cs="Aptos"/>
          <w:noProof w:val="0"/>
          <w:color w:val="395E77"/>
          <w:sz w:val="20"/>
          <w:szCs w:val="20"/>
          <w:lang w:val="nl-BE"/>
        </w:rPr>
        <w:t xml:space="preserve">Ben jij een ambitieuze eerstejaars stagiair met een uitgesproken interesse in </w:t>
      </w:r>
      <w:r w:rsidRPr="63AFABCA" w:rsidR="21C16C56">
        <w:rPr>
          <w:rFonts w:ascii="Aptos" w:hAnsi="Aptos" w:eastAsia="Aptos" w:cs="Aptos"/>
          <w:b w:val="1"/>
          <w:bCs w:val="1"/>
          <w:noProof w:val="0"/>
          <w:color w:val="395E77"/>
          <w:sz w:val="20"/>
          <w:szCs w:val="20"/>
          <w:lang w:val="nl-BE"/>
        </w:rPr>
        <w:t>vastgoedrecht</w:t>
      </w:r>
      <w:r w:rsidRPr="63AFABCA" w:rsidR="21C16C56">
        <w:rPr>
          <w:rFonts w:ascii="Aptos" w:hAnsi="Aptos" w:eastAsia="Aptos" w:cs="Aptos"/>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Pr="007C4BB9" w:rsidR="00643A6B" w:rsidP="00086D2D" w:rsidRDefault="00086D2D" w14:paraId="56BF3249" w14:textId="0355D755">
      <w:pPr>
        <w:rPr>
          <w:rFonts w:ascii="Aptos" w:hAnsi="Aptos" w:cs="Arial"/>
          <w:color w:val="395D77"/>
          <w:sz w:val="20"/>
          <w:szCs w:val="20"/>
          <w:lang w:val="nl-NL"/>
        </w:rPr>
      </w:pPr>
      <w:r w:rsidRPr="0260D2CB" w:rsidR="00086D2D">
        <w:rPr>
          <w:rFonts w:ascii="Aptos" w:hAnsi="Aptos" w:cs="Arial"/>
          <w:color w:val="395D77"/>
          <w:sz w:val="20"/>
          <w:szCs w:val="20"/>
          <w:lang w:val="nl-NL"/>
        </w:rPr>
        <w:t>Je werkt vanuit Antwerpen</w:t>
      </w:r>
      <w:r w:rsidRPr="0260D2CB" w:rsidR="1609D411">
        <w:rPr>
          <w:rFonts w:ascii="Aptos" w:hAnsi="Aptos" w:cs="Arial"/>
          <w:color w:val="395D77"/>
          <w:sz w:val="20"/>
          <w:szCs w:val="20"/>
          <w:lang w:val="nl-NL"/>
        </w:rPr>
        <w:t xml:space="preserve"> of Brussel</w:t>
      </w:r>
      <w:r w:rsidRPr="0260D2CB" w:rsidR="00086D2D">
        <w:rPr>
          <w:rFonts w:ascii="Aptos" w:hAnsi="Aptos" w:cs="Arial"/>
          <w:color w:val="395D77"/>
          <w:sz w:val="20"/>
          <w:szCs w:val="20"/>
          <w:lang w:val="nl-NL"/>
        </w:rPr>
        <w:t>.</w:t>
      </w:r>
    </w:p>
    <w:p w:rsidRPr="007C4BB9" w:rsidR="001A7DBB" w:rsidP="00B44D1E" w:rsidRDefault="001A7DBB" w14:paraId="56BDE4BC" w14:textId="68C7DEE7">
      <w:pPr>
        <w:rPr>
          <w:rFonts w:ascii="Aptos" w:hAnsi="Aptos" w:cs="Arial"/>
          <w:b/>
          <w:bCs/>
          <w:color w:val="395D77"/>
          <w:lang w:val="nl-NL"/>
        </w:rPr>
      </w:pPr>
      <w:r w:rsidRPr="007C4BB9">
        <w:rPr>
          <w:rFonts w:ascii="Aptos" w:hAnsi="Aptos" w:cs="Arial"/>
          <w:b/>
          <w:bCs/>
          <w:color w:val="395D77"/>
          <w:lang w:val="nl-NL"/>
        </w:rPr>
        <w:t>Profiel</w:t>
      </w:r>
    </w:p>
    <w:p w:rsidRPr="007C4BB9" w:rsidR="007C4BB9" w:rsidP="007C4BB9" w:rsidRDefault="007C4BB9" w14:paraId="67B1BF07"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houder van een Master in Belgisch Recht.</w:t>
      </w:r>
    </w:p>
    <w:p w:rsidRPr="007C4BB9" w:rsidR="007C4BB9" w:rsidP="007C4BB9" w:rsidRDefault="007C4BB9" w14:paraId="28FA664E" w14:textId="2D5CFB53">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 xml:space="preserve">Je hebt een uitstekende kennis van het Nederlands en een goede kennis van het Frans en het Engels </w:t>
      </w:r>
      <w:r w:rsidR="00BD03CD">
        <w:rPr>
          <w:rFonts w:ascii="Aptos" w:hAnsi="Aptos" w:cs="Arial"/>
          <w:color w:val="395D77"/>
          <w:sz w:val="20"/>
          <w:szCs w:val="20"/>
          <w:lang w:val="nl-NL"/>
        </w:rPr>
        <w:t>zowel mondeling als schriftelijk</w:t>
      </w:r>
      <w:r w:rsidRPr="007C4BB9">
        <w:rPr>
          <w:rFonts w:ascii="Aptos" w:hAnsi="Aptos" w:cs="Arial"/>
          <w:color w:val="395D77"/>
          <w:sz w:val="20"/>
          <w:szCs w:val="20"/>
          <w:lang w:val="nl-NL"/>
        </w:rPr>
        <w:t>.</w:t>
      </w:r>
    </w:p>
    <w:p w:rsidR="007C4BB9" w:rsidP="007C4BB9" w:rsidRDefault="007C4BB9" w14:paraId="2933945B"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kan academische resultaten voorleggen die jouw sterk juridisch inzicht en probleemoplossend vermogen weerspiegelen.</w:t>
      </w:r>
    </w:p>
    <w:p w:rsidR="00F533B9" w:rsidP="007C4BB9" w:rsidRDefault="00F533B9" w14:paraId="3B3C14EB" w14:textId="4AFC33A3">
      <w:pPr>
        <w:pStyle w:val="ListParagraph"/>
        <w:numPr>
          <w:ilvl w:val="0"/>
          <w:numId w:val="16"/>
        </w:numPr>
        <w:rPr>
          <w:rFonts w:ascii="Aptos" w:hAnsi="Aptos" w:cs="Arial"/>
          <w:color w:val="395D77"/>
          <w:sz w:val="20"/>
          <w:szCs w:val="20"/>
          <w:lang w:val="nl-NL"/>
        </w:rPr>
      </w:pPr>
      <w:r w:rsidRPr="00F533B9">
        <w:rPr>
          <w:rFonts w:ascii="Aptos" w:hAnsi="Aptos" w:cs="Arial"/>
          <w:color w:val="395D77"/>
          <w:sz w:val="20"/>
          <w:szCs w:val="20"/>
          <w:lang w:val="nl-NL"/>
        </w:rPr>
        <w:t xml:space="preserve">Je hebt een sterke interesse in het </w:t>
      </w:r>
      <w:r w:rsidR="00B223A9">
        <w:rPr>
          <w:rFonts w:ascii="Aptos" w:hAnsi="Aptos" w:cs="Arial"/>
          <w:b/>
          <w:bCs/>
          <w:color w:val="395D77"/>
          <w:sz w:val="20"/>
          <w:szCs w:val="20"/>
          <w:lang w:val="nl-NL"/>
        </w:rPr>
        <w:t>vastgoed</w:t>
      </w:r>
      <w:r w:rsidRPr="00866011">
        <w:rPr>
          <w:rFonts w:ascii="Aptos" w:hAnsi="Aptos" w:cs="Arial"/>
          <w:b/>
          <w:bCs/>
          <w:color w:val="395D77"/>
          <w:sz w:val="20"/>
          <w:szCs w:val="20"/>
          <w:lang w:val="nl-NL"/>
        </w:rPr>
        <w:t>recht</w:t>
      </w:r>
      <w:r w:rsidRPr="00F533B9">
        <w:rPr>
          <w:rFonts w:ascii="Aptos" w:hAnsi="Aptos" w:cs="Arial"/>
          <w:color w:val="395D77"/>
          <w:sz w:val="20"/>
          <w:szCs w:val="20"/>
          <w:lang w:val="nl-NL"/>
        </w:rPr>
        <w:t xml:space="preserve"> en bent gemotiveerd om je expertise binnen dit rechtsdomein verder uit te bouwen.</w:t>
      </w:r>
    </w:p>
    <w:p w:rsidRPr="007C4BB9" w:rsidR="007C4BB9" w:rsidP="007C4BB9" w:rsidRDefault="007C4BB9" w14:paraId="3ACF2E9E" w14:textId="0A496CEF">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combineert een sterk analytisch vermogen met een gezond</w:t>
      </w:r>
      <w:r w:rsidR="004374D6">
        <w:rPr>
          <w:rFonts w:ascii="Aptos" w:hAnsi="Aptos" w:cs="Arial"/>
          <w:color w:val="395D77"/>
          <w:sz w:val="20"/>
          <w:szCs w:val="20"/>
          <w:lang w:val="nl-NL"/>
        </w:rPr>
        <w:t>e</w:t>
      </w:r>
      <w:r w:rsidRPr="007C4BB9">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gedreven en hebt passie voor het vak.</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60E43AD">
      <w:pPr>
        <w:rPr>
          <w:rFonts w:ascii="Aptos" w:hAnsi="Aptos" w:cs="Arial"/>
          <w:b/>
          <w:bCs/>
          <w:color w:val="395D77"/>
          <w:lang w:val="nl-NL"/>
        </w:rPr>
      </w:pPr>
      <w:r w:rsidRPr="007C4BB9">
        <w:rPr>
          <w:rFonts w:ascii="Aptos" w:hAnsi="Aptos" w:cs="Arial"/>
          <w:b/>
          <w:bCs/>
          <w:color w:val="395D77"/>
          <w:lang w:val="nl-NL"/>
        </w:rPr>
        <w:t>Aanbod</w:t>
      </w:r>
    </w:p>
    <w:p w:rsidR="004374D6" w:rsidP="00B11B51" w:rsidRDefault="00710312" w14:paraId="0DC303DA" w14:textId="77777777">
      <w:pPr>
        <w:rPr>
          <w:rFonts w:ascii="Aptos" w:hAnsi="Aptos" w:cs="Arial"/>
          <w:color w:val="395D77"/>
          <w:sz w:val="20"/>
          <w:szCs w:val="20"/>
          <w:lang w:val="nl-NL"/>
        </w:rPr>
      </w:pPr>
      <w:r w:rsidRPr="007C4BB9">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textId="0D777E37">
      <w:pPr>
        <w:rPr>
          <w:rFonts w:ascii="Aptos" w:hAnsi="Aptos" w:cs="Arial"/>
          <w:color w:val="395D77"/>
          <w:sz w:val="20"/>
          <w:szCs w:val="20"/>
          <w:lang w:val="nl-NL"/>
        </w:rPr>
      </w:pPr>
      <w:r w:rsidRPr="007C4BB9">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4EA" w:rsidRDefault="001864EA" w14:paraId="0D45E164" w14:textId="77777777">
      <w:pPr>
        <w:spacing w:after="0" w:line="240" w:lineRule="auto"/>
      </w:pPr>
      <w:r>
        <w:separator/>
      </w:r>
    </w:p>
  </w:endnote>
  <w:endnote w:type="continuationSeparator" w:id="0">
    <w:p w:rsidR="001864EA" w:rsidRDefault="001864EA" w14:paraId="72FDE3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4EA" w:rsidRDefault="001864EA" w14:paraId="1EB8EDF1" w14:textId="77777777">
      <w:pPr>
        <w:spacing w:after="0" w:line="240" w:lineRule="auto"/>
      </w:pPr>
      <w:r>
        <w:separator/>
      </w:r>
    </w:p>
  </w:footnote>
  <w:footnote w:type="continuationSeparator" w:id="0">
    <w:p w:rsidR="001864EA" w:rsidRDefault="001864EA" w14:paraId="390E25C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7E45"/>
    <w:rsid w:val="003647F2"/>
    <w:rsid w:val="003F1780"/>
    <w:rsid w:val="003F5381"/>
    <w:rsid w:val="00430C92"/>
    <w:rsid w:val="004341BE"/>
    <w:rsid w:val="004374D6"/>
    <w:rsid w:val="00476E14"/>
    <w:rsid w:val="004F7F31"/>
    <w:rsid w:val="0051374F"/>
    <w:rsid w:val="00517AF3"/>
    <w:rsid w:val="00556182"/>
    <w:rsid w:val="005C227F"/>
    <w:rsid w:val="005D1E7D"/>
    <w:rsid w:val="00616E46"/>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777A"/>
    <w:rsid w:val="00BA5724"/>
    <w:rsid w:val="00BD03CD"/>
    <w:rsid w:val="00BD705E"/>
    <w:rsid w:val="00BD7144"/>
    <w:rsid w:val="00BE0D69"/>
    <w:rsid w:val="00C0069B"/>
    <w:rsid w:val="00C0319D"/>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260D2CB"/>
    <w:rsid w:val="1609D411"/>
    <w:rsid w:val="19E984D7"/>
    <w:rsid w:val="21C16C56"/>
    <w:rsid w:val="266E4C51"/>
    <w:rsid w:val="3E2ED138"/>
    <w:rsid w:val="63AFA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customXml/itemProps2.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3.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7</revision>
  <lastPrinted>2026-02-18T13:29:00.0000000Z</lastPrinted>
  <dcterms:created xsi:type="dcterms:W3CDTF">2026-08-21T08:50:00.0000000Z</dcterms:created>
  <dcterms:modified xsi:type="dcterms:W3CDTF">2026-09-07T09:28:10.6069686Z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