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7C4BB9" w:rsidP="00B44D1E" w:rsidRDefault="007C4BB9" w14:paraId="59AB600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01B7D99" w:rsidP="00B44D1E" w:rsidRDefault="001B7D99" w14:paraId="74F6C917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973CBE" w:rsidP="00B44D1E" w:rsidRDefault="00973CBE" w14:paraId="7339F2F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2D00CE89" w:rsidP="604BE927" w:rsidRDefault="2D00CE89" w14:paraId="444A5433" w14:textId="6FABDDF8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Real Estate Law – First-year trainee 2027</w:t>
      </w:r>
    </w:p>
    <w:p w:rsidR="2D00CE89" w:rsidP="604BE927" w:rsidRDefault="2D00CE89" w14:paraId="2C7065CC" w14:textId="7D12A322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604BE927" w:rsidR="2D00CE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real estate law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? If so, we can offer you the chance to be part of a specialist team from day one, surrounded by motivated colleagues.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You’ll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be given responsibility early on, plenty of scope to grow and the opportunity to carve out your own niche within a stimulating and practice-oriented environment.</w:t>
      </w:r>
    </w:p>
    <w:p w:rsidR="2D00CE89" w:rsidP="604BE927" w:rsidRDefault="2D00CE89" w14:paraId="2DD5F647" w14:textId="40A40FE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 be based in Antwerp or Brussels.</w:t>
      </w:r>
    </w:p>
    <w:p w:rsidR="604BE927" w:rsidP="604BE927" w:rsidRDefault="604BE927" w14:paraId="5B6C8F23" w14:textId="5DF5D5B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2D00CE89" w:rsidP="604BE927" w:rsidRDefault="2D00CE89" w14:paraId="2F456354" w14:textId="6292D3A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="2D00CE89" w:rsidP="604BE927" w:rsidRDefault="2D00CE89" w14:paraId="00E4D98B" w14:textId="39DF8C0C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="2D00CE89" w:rsidP="604BE927" w:rsidRDefault="2D00CE89" w14:paraId="14874FA7" w14:textId="4A56D4E7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have an excellent command of Dutch and a good command of French and English, both spoken and written.</w:t>
      </w:r>
    </w:p>
    <w:p w:rsidR="2D00CE89" w:rsidP="604BE927" w:rsidRDefault="2D00CE89" w14:paraId="7E6F4191" w14:textId="2120273B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="2D00CE89" w:rsidP="604BE927" w:rsidRDefault="2D00CE89" w14:paraId="433C081C" w14:textId="414D0686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604BE927" w:rsidR="2D00CE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real estate law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motivated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to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further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develop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your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expertise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within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this</w:t>
      </w: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legal field.</w:t>
      </w:r>
    </w:p>
    <w:p w:rsidR="2D00CE89" w:rsidP="604BE927" w:rsidRDefault="2D00CE89" w14:paraId="0AFE6853" w14:textId="0199BFFB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="2D00CE89" w:rsidP="604BE927" w:rsidRDefault="2D00CE89" w14:paraId="1934AA91" w14:textId="6BB3CB86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are driven and have a passion for the profession.</w:t>
      </w:r>
    </w:p>
    <w:p w:rsidR="604BE927" w:rsidP="604BE927" w:rsidRDefault="604BE927" w14:paraId="1D3ADD0B" w14:textId="631EB22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2D00CE89" w:rsidP="604BE927" w:rsidRDefault="2D00CE89" w14:paraId="04707104" w14:textId="33A7DE6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="2D00CE89" w:rsidP="604BE927" w:rsidRDefault="2D00CE89" w14:paraId="0E8FC3E2" w14:textId="56ED431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="2D00CE89" w:rsidP="604BE927" w:rsidRDefault="2D00CE89" w14:paraId="59BAC688" w14:textId="31D0DD6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604BE927" w:rsidR="2D00C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="604BE927" w:rsidP="604BE927" w:rsidRDefault="604BE927" w14:paraId="235A7336" w14:textId="02C1EA6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="604BE927" w:rsidP="604BE927" w:rsidRDefault="604BE927" w14:paraId="35F81DA1" w14:textId="587D8475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4EA" w:rsidRDefault="001864EA" w14:paraId="0D45E164" w14:textId="77777777">
      <w:pPr>
        <w:spacing w:after="0" w:line="240" w:lineRule="auto"/>
      </w:pPr>
      <w:r>
        <w:separator/>
      </w:r>
    </w:p>
  </w:endnote>
  <w:endnote w:type="continuationSeparator" w:id="0">
    <w:p w:rsidR="001864EA" w:rsidRDefault="001864EA" w14:paraId="72FDE3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4EA" w:rsidRDefault="001864EA" w14:paraId="1EB8EDF1" w14:textId="77777777">
      <w:pPr>
        <w:spacing w:after="0" w:line="240" w:lineRule="auto"/>
      </w:pPr>
      <w:r>
        <w:separator/>
      </w:r>
    </w:p>
  </w:footnote>
  <w:footnote w:type="continuationSeparator" w:id="0">
    <w:p w:rsidR="001864EA" w:rsidRDefault="001864EA" w14:paraId="390E25C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21d0b4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F6753"/>
    <w:rsid w:val="00133A3E"/>
    <w:rsid w:val="0015074B"/>
    <w:rsid w:val="00161AEE"/>
    <w:rsid w:val="001864EA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7E45"/>
    <w:rsid w:val="003647F2"/>
    <w:rsid w:val="003F1780"/>
    <w:rsid w:val="003F5381"/>
    <w:rsid w:val="00430C92"/>
    <w:rsid w:val="004341BE"/>
    <w:rsid w:val="004374D6"/>
    <w:rsid w:val="00476E14"/>
    <w:rsid w:val="004F7F31"/>
    <w:rsid w:val="0051374F"/>
    <w:rsid w:val="00517AF3"/>
    <w:rsid w:val="00556182"/>
    <w:rsid w:val="005C227F"/>
    <w:rsid w:val="005D1E7D"/>
    <w:rsid w:val="00616E46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2734F"/>
    <w:rsid w:val="00962026"/>
    <w:rsid w:val="00973CBE"/>
    <w:rsid w:val="009C0E16"/>
    <w:rsid w:val="00A4183C"/>
    <w:rsid w:val="00A73153"/>
    <w:rsid w:val="00AA1D8D"/>
    <w:rsid w:val="00AC03E3"/>
    <w:rsid w:val="00B11B51"/>
    <w:rsid w:val="00B223A9"/>
    <w:rsid w:val="00B37D5A"/>
    <w:rsid w:val="00B4433F"/>
    <w:rsid w:val="00B44D1E"/>
    <w:rsid w:val="00B47730"/>
    <w:rsid w:val="00B65287"/>
    <w:rsid w:val="00B9777A"/>
    <w:rsid w:val="00BA5724"/>
    <w:rsid w:val="00BD03CD"/>
    <w:rsid w:val="00BD705E"/>
    <w:rsid w:val="00BD7144"/>
    <w:rsid w:val="00BE0D69"/>
    <w:rsid w:val="00C0069B"/>
    <w:rsid w:val="00C0319D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0260D2CB"/>
    <w:rsid w:val="1609D411"/>
    <w:rsid w:val="19E984D7"/>
    <w:rsid w:val="21C16C56"/>
    <w:rsid w:val="266E4C51"/>
    <w:rsid w:val="2D00CE89"/>
    <w:rsid w:val="3E2ED138"/>
    <w:rsid w:val="604BE927"/>
    <w:rsid w:val="63AFA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customXml/itemProps2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8</revision>
  <lastPrinted>2026-02-18T13:29:00.0000000Z</lastPrinted>
  <dcterms:created xsi:type="dcterms:W3CDTF">2026-08-21T08:50:00.0000000Z</dcterms:created>
  <dcterms:modified xsi:type="dcterms:W3CDTF">2026-09-07T09:42:38.1181852Z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