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6A911EFE" w:rsidRDefault="003C4B4C" w14:paraId="0A5CA275" w14:textId="6B92CF19">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7D79CBB8" w:rsidR="351CCC66">
        <w:rPr>
          <w:rFonts w:ascii="Aptos" w:hAnsi="Aptos" w:cs="Arial"/>
          <w:b w:val="1"/>
          <w:bCs w:val="1"/>
          <w:color w:val="395D77"/>
          <w:lang w:val="fr-FR"/>
        </w:rPr>
        <w:t xml:space="preserve">Real Estate </w:t>
      </w:r>
      <w:r w:rsidRPr="7D79CBB8" w:rsidR="00A73153">
        <w:rPr>
          <w:rFonts w:ascii="Aptos" w:hAnsi="Aptos" w:cs="Arial"/>
          <w:b w:val="1"/>
          <w:bCs w:val="1"/>
          <w:color w:val="395D77"/>
          <w:lang w:val="fr-FR"/>
        </w:rPr>
        <w:t>Law</w:t>
      </w:r>
      <w:r w:rsidRPr="7D79CBB8" w:rsidR="002047B2">
        <w:rPr>
          <w:rFonts w:ascii="Aptos" w:hAnsi="Aptos" w:cs="Arial"/>
          <w:b w:val="1"/>
          <w:bCs w:val="1"/>
          <w:color w:val="395D77"/>
          <w:lang w:val="fr-FR"/>
        </w:rPr>
        <w:t xml:space="preserve"> – </w:t>
      </w:r>
      <w:r w:rsidRPr="7D79CBB8" w:rsidR="166A3562">
        <w:rPr>
          <w:rFonts w:ascii="Aptos" w:hAnsi="Aptos" w:cs="Arial"/>
          <w:b w:val="1"/>
          <w:bCs w:val="1"/>
          <w:color w:val="395D77"/>
          <w:lang w:val="fr-FR"/>
        </w:rPr>
        <w:t>Stagiair</w:t>
      </w:r>
      <w:r w:rsidRPr="7D79CBB8" w:rsidR="09CE52E4">
        <w:rPr>
          <w:rFonts w:ascii="Aptos" w:hAnsi="Aptos" w:cs="Arial"/>
          <w:b w:val="1"/>
          <w:bCs w:val="1"/>
          <w:color w:val="395D77"/>
          <w:lang w:val="fr-FR"/>
        </w:rPr>
        <w:t>e</w:t>
      </w:r>
      <w:r w:rsidRPr="7D79CBB8" w:rsidR="166A3562">
        <w:rPr>
          <w:rFonts w:ascii="Aptos" w:hAnsi="Aptos" w:cs="Arial"/>
          <w:b w:val="1"/>
          <w:bCs w:val="1"/>
          <w:color w:val="395D77"/>
          <w:lang w:val="fr-FR"/>
        </w:rPr>
        <w:t xml:space="preserve"> de première année </w:t>
      </w:r>
      <w:r w:rsidRPr="7D79CBB8" w:rsidR="0068094D">
        <w:rPr>
          <w:rFonts w:ascii="Aptos" w:hAnsi="Aptos" w:cs="Arial"/>
          <w:b w:val="1"/>
          <w:bCs w:val="1"/>
          <w:color w:val="395D77"/>
          <w:lang w:val="fr-FR"/>
        </w:rPr>
        <w:t xml:space="preserve">2027 </w:t>
      </w:r>
    </w:p>
    <w:p w:rsidR="2739944D" w:rsidP="7D79CBB8" w:rsidRDefault="2739944D" w14:paraId="1F67033D" w14:textId="7A150292">
      <w:pPr>
        <w:pStyle w:val="Normal"/>
        <w:suppressLineNumbers w:val="0"/>
        <w:bidi w:val="0"/>
        <w:spacing w:before="0" w:beforeAutospacing="off" w:after="200" w:afterAutospacing="off" w:line="276" w:lineRule="auto"/>
        <w:ind w:left="0" w:right="0"/>
        <w:jc w:val="left"/>
      </w:pPr>
      <w:r w:rsidRPr="512979B9" w:rsidR="2739944D">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512979B9" w:rsidR="2739944D">
        <w:rPr>
          <w:rFonts w:ascii="Aptos" w:hAnsi="Aptos" w:eastAsia="Aptos" w:cs="Aptos"/>
          <w:b w:val="1"/>
          <w:bCs w:val="1"/>
          <w:i w:val="0"/>
          <w:iCs w:val="0"/>
          <w:caps w:val="0"/>
          <w:smallCaps w:val="0"/>
          <w:noProof w:val="0"/>
          <w:color w:val="395D77"/>
          <w:sz w:val="20"/>
          <w:szCs w:val="20"/>
          <w:lang w:val="fr-BE"/>
        </w:rPr>
        <w:t xml:space="preserve">droit </w:t>
      </w:r>
      <w:r w:rsidRPr="512979B9" w:rsidR="2739944D">
        <w:rPr>
          <w:rFonts w:ascii="Aptos" w:hAnsi="Aptos" w:eastAsia="Aptos" w:cs="Aptos"/>
          <w:b w:val="1"/>
          <w:bCs w:val="1"/>
          <w:i w:val="0"/>
          <w:iCs w:val="0"/>
          <w:caps w:val="0"/>
          <w:smallCaps w:val="0"/>
          <w:noProof w:val="0"/>
          <w:color w:val="395D77"/>
          <w:sz w:val="20"/>
          <w:szCs w:val="20"/>
          <w:lang w:val="fr-BE"/>
        </w:rPr>
        <w:t>immobilie</w:t>
      </w:r>
      <w:r w:rsidRPr="512979B9" w:rsidR="029743BB">
        <w:rPr>
          <w:rFonts w:ascii="Aptos" w:hAnsi="Aptos" w:eastAsia="Aptos" w:cs="Aptos"/>
          <w:b w:val="1"/>
          <w:bCs w:val="1"/>
          <w:i w:val="0"/>
          <w:iCs w:val="0"/>
          <w:caps w:val="0"/>
          <w:smallCaps w:val="0"/>
          <w:noProof w:val="0"/>
          <w:color w:val="395D77"/>
          <w:sz w:val="20"/>
          <w:szCs w:val="20"/>
          <w:lang w:val="fr-BE"/>
        </w:rPr>
        <w:t>r</w:t>
      </w:r>
      <w:r w:rsidRPr="512979B9" w:rsidR="4E8430CA">
        <w:rPr>
          <w:rFonts w:ascii="Aptos" w:hAnsi="Aptos" w:eastAsia="Aptos" w:cs="Aptos"/>
          <w:b w:val="1"/>
          <w:bCs w:val="1"/>
          <w:i w:val="0"/>
          <w:iCs w:val="0"/>
          <w:caps w:val="0"/>
          <w:smallCaps w:val="0"/>
          <w:noProof w:val="0"/>
          <w:color w:val="395D77"/>
          <w:sz w:val="20"/>
          <w:szCs w:val="20"/>
          <w:lang w:val="fr-BE"/>
        </w:rPr>
        <w:t xml:space="preserve"> </w:t>
      </w:r>
      <w:r w:rsidRPr="512979B9" w:rsidR="2739944D">
        <w:rPr>
          <w:rFonts w:ascii="Aptos" w:hAnsi="Aptos" w:eastAsia="Aptos" w:cs="Aptos"/>
          <w:b w:val="0"/>
          <w:bCs w:val="0"/>
          <w:i w:val="0"/>
          <w:iCs w:val="0"/>
          <w:caps w:val="0"/>
          <w:smallCaps w:val="0"/>
          <w:noProof w:val="0"/>
          <w:color w:val="395D77"/>
          <w:sz w:val="20"/>
          <w:szCs w:val="20"/>
          <w:lang w:val="fr-BE"/>
        </w:rPr>
        <w:t>?</w:t>
      </w:r>
      <w:r w:rsidRPr="512979B9" w:rsidR="2739944D">
        <w:rPr>
          <w:rFonts w:ascii="Aptos" w:hAnsi="Aptos" w:eastAsia="Aptos" w:cs="Aptos"/>
          <w:b w:val="0"/>
          <w:bCs w:val="0"/>
          <w:i w:val="0"/>
          <w:iCs w:val="0"/>
          <w:caps w:val="0"/>
          <w:smallCaps w:val="0"/>
          <w:noProof w:val="0"/>
          <w:color w:val="395D77"/>
          <w:sz w:val="20"/>
          <w:szCs w:val="20"/>
          <w:lang w:val="fr-BE"/>
        </w:rPr>
        <w:t xml:space="preserve"> Chez nous, vous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r w:rsidRPr="512979B9" w:rsidR="36D92CF1">
        <w:rPr>
          <w:rFonts w:ascii="Aptos" w:hAnsi="Aptos" w:eastAsia="Aptos" w:cs="Aptos"/>
          <w:b w:val="0"/>
          <w:bCs w:val="0"/>
          <w:i w:val="0"/>
          <w:iCs w:val="0"/>
          <w:caps w:val="0"/>
          <w:smallCaps w:val="0"/>
          <w:noProof w:val="0"/>
          <w:color w:val="395D77"/>
          <w:sz w:val="20"/>
          <w:szCs w:val="20"/>
          <w:lang w:val="fr-BE"/>
        </w:rPr>
        <w:t>.</w:t>
      </w:r>
    </w:p>
    <w:p w:rsidRPr="007C4BB9" w:rsidR="00643A6B" w:rsidP="7D79CBB8" w:rsidRDefault="00086D2D" w14:paraId="56BF3249" w14:textId="7927F2A5">
      <w:pPr>
        <w:rPr>
          <w:rFonts w:ascii="Aptos" w:hAnsi="Aptos" w:eastAsia="Aptos" w:cs="Aptos"/>
          <w:b w:val="0"/>
          <w:bCs w:val="0"/>
          <w:i w:val="0"/>
          <w:iCs w:val="0"/>
          <w:caps w:val="0"/>
          <w:smallCaps w:val="0"/>
          <w:noProof w:val="0"/>
          <w:color w:val="395D77"/>
          <w:sz w:val="20"/>
          <w:szCs w:val="20"/>
          <w:lang w:val="nl-NL"/>
        </w:rPr>
      </w:pPr>
      <w:r w:rsidRPr="7D79CBB8" w:rsidR="55F3E71A">
        <w:rPr>
          <w:rFonts w:ascii="Aptos" w:hAnsi="Aptos" w:eastAsia="Aptos" w:cs="Aptos"/>
          <w:b w:val="0"/>
          <w:bCs w:val="0"/>
          <w:i w:val="0"/>
          <w:iCs w:val="0"/>
          <w:caps w:val="0"/>
          <w:smallCaps w:val="0"/>
          <w:noProof w:val="0"/>
          <w:color w:val="395D77"/>
          <w:sz w:val="20"/>
          <w:szCs w:val="20"/>
          <w:lang w:val="fr-BE"/>
        </w:rPr>
        <w:t>Vous travaillez depuis Anvers ou Bruxelles</w:t>
      </w:r>
      <w:r w:rsidRPr="7D79CBB8" w:rsidR="2AED3917">
        <w:rPr>
          <w:rFonts w:ascii="Aptos" w:hAnsi="Aptos" w:eastAsia="Aptos" w:cs="Aptos"/>
          <w:b w:val="0"/>
          <w:bCs w:val="0"/>
          <w:i w:val="0"/>
          <w:iCs w:val="0"/>
          <w:caps w:val="0"/>
          <w:smallCaps w:val="0"/>
          <w:noProof w:val="0"/>
          <w:color w:val="395D77"/>
          <w:sz w:val="20"/>
          <w:szCs w:val="20"/>
          <w:lang w:val="fr-BE"/>
        </w:rPr>
        <w:t>.</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31C58E35" w:rsidRDefault="4E572C4B" w14:paraId="18621D0C" w14:textId="2C3F3F21">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31C58E35"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31C58E35" w:rsidR="0A850C54">
        <w:rPr>
          <w:rFonts w:ascii="Aptos" w:hAnsi="Aptos" w:eastAsia="Aptos" w:cs="Aptos"/>
          <w:b w:val="0"/>
          <w:bCs w:val="0"/>
          <w:i w:val="0"/>
          <w:iCs w:val="0"/>
          <w:caps w:val="0"/>
          <w:smallCaps w:val="0"/>
          <w:noProof w:val="0"/>
          <w:color w:val="395D77"/>
          <w:sz w:val="20"/>
          <w:szCs w:val="20"/>
          <w:lang w:val="fr-BE"/>
        </w:rPr>
        <w:t xml:space="preserve">français </w:t>
      </w:r>
      <w:r w:rsidRPr="31C58E35"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31C58E35" w:rsidR="67C7F76C">
        <w:rPr>
          <w:rFonts w:ascii="Aptos" w:hAnsi="Aptos" w:eastAsia="Aptos" w:cs="Aptos"/>
          <w:b w:val="0"/>
          <w:bCs w:val="0"/>
          <w:i w:val="0"/>
          <w:iCs w:val="0"/>
          <w:caps w:val="0"/>
          <w:smallCaps w:val="0"/>
          <w:noProof w:val="0"/>
          <w:color w:val="395D77"/>
          <w:sz w:val="20"/>
          <w:szCs w:val="20"/>
          <w:lang w:val="fr-BE"/>
        </w:rPr>
        <w:t xml:space="preserve">néerlandais </w:t>
      </w:r>
      <w:r w:rsidRPr="31C58E35"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75232AA1"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4767897C" w:rsidP="6A911EFE" w:rsidRDefault="4767897C" w14:paraId="18039F6C" w14:textId="408DF8DE">
      <w:pPr>
        <w:pStyle w:val="ListParagraph"/>
        <w:numPr>
          <w:ilvl w:val="0"/>
          <w:numId w:val="16"/>
        </w:numPr>
        <w:suppressLineNumbers w:val="0"/>
        <w:bidi w:val="0"/>
        <w:spacing w:before="0" w:beforeAutospacing="off" w:after="200" w:afterAutospacing="off" w:line="276" w:lineRule="auto"/>
        <w:ind w:left="720" w:right="0" w:hanging="360"/>
        <w:jc w:val="left"/>
        <w:rPr>
          <w:noProof w:val="0"/>
          <w:lang w:val="fr-BE"/>
        </w:rPr>
      </w:pPr>
      <w:r w:rsidRPr="6A911EFE" w:rsidR="4767897C">
        <w:rPr>
          <w:rFonts w:ascii="Aptos" w:hAnsi="Aptos" w:eastAsia="Aptos" w:cs="Aptos"/>
          <w:b w:val="0"/>
          <w:bCs w:val="0"/>
          <w:i w:val="0"/>
          <w:iCs w:val="0"/>
          <w:caps w:val="0"/>
          <w:smallCaps w:val="0"/>
          <w:noProof w:val="0"/>
          <w:color w:val="395D77"/>
          <w:sz w:val="20"/>
          <w:szCs w:val="20"/>
          <w:lang w:val="fr-BE"/>
        </w:rPr>
        <w:t>Vous portez un vif intérêt au</w:t>
      </w:r>
      <w:r w:rsidRPr="6A911EFE" w:rsidR="4767897C">
        <w:rPr>
          <w:rFonts w:ascii="Aptos" w:hAnsi="Aptos" w:eastAsia="Aptos" w:cs="Aptos"/>
          <w:b w:val="1"/>
          <w:bCs w:val="1"/>
          <w:i w:val="0"/>
          <w:iCs w:val="0"/>
          <w:caps w:val="0"/>
          <w:smallCaps w:val="0"/>
          <w:noProof w:val="0"/>
          <w:color w:val="395D77"/>
          <w:sz w:val="20"/>
          <w:szCs w:val="20"/>
          <w:lang w:val="fr-BE"/>
        </w:rPr>
        <w:t xml:space="preserve"> droit </w:t>
      </w:r>
      <w:r w:rsidRPr="6A911EFE" w:rsidR="27D96DAC">
        <w:rPr>
          <w:rFonts w:ascii="Aptos" w:hAnsi="Aptos" w:eastAsia="Aptos" w:cs="Aptos"/>
          <w:b w:val="1"/>
          <w:bCs w:val="1"/>
          <w:i w:val="0"/>
          <w:iCs w:val="0"/>
          <w:caps w:val="0"/>
          <w:smallCaps w:val="0"/>
          <w:noProof w:val="0"/>
          <w:color w:val="395D77"/>
          <w:sz w:val="20"/>
          <w:szCs w:val="20"/>
          <w:lang w:val="fr-BE"/>
        </w:rPr>
        <w:t xml:space="preserve">immobilier </w:t>
      </w:r>
      <w:r w:rsidRPr="6A911EFE" w:rsidR="4767897C">
        <w:rPr>
          <w:rFonts w:ascii="Aptos" w:hAnsi="Aptos" w:eastAsia="Aptos" w:cs="Aptos"/>
          <w:b w:val="0"/>
          <w:bCs w:val="0"/>
          <w:i w:val="0"/>
          <w:iCs w:val="0"/>
          <w:caps w:val="0"/>
          <w:smallCaps w:val="0"/>
          <w:noProof w:val="0"/>
          <w:color w:val="395D77"/>
          <w:sz w:val="20"/>
          <w:szCs w:val="20"/>
          <w:lang w:val="fr-BE"/>
        </w:rPr>
        <w:t>et 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29743BB"/>
    <w:rsid w:val="09CE52E4"/>
    <w:rsid w:val="0A850C54"/>
    <w:rsid w:val="0D6ABCC0"/>
    <w:rsid w:val="12159360"/>
    <w:rsid w:val="166A3562"/>
    <w:rsid w:val="2739944D"/>
    <w:rsid w:val="27D96DAC"/>
    <w:rsid w:val="2AED3917"/>
    <w:rsid w:val="31C58E35"/>
    <w:rsid w:val="351CCC66"/>
    <w:rsid w:val="36D92CF1"/>
    <w:rsid w:val="383C1FDE"/>
    <w:rsid w:val="3DFED0E2"/>
    <w:rsid w:val="3F8E81CD"/>
    <w:rsid w:val="4164509C"/>
    <w:rsid w:val="4767897C"/>
    <w:rsid w:val="4872B1CA"/>
    <w:rsid w:val="4E572C4B"/>
    <w:rsid w:val="4E8430CA"/>
    <w:rsid w:val="512979B9"/>
    <w:rsid w:val="54CD9085"/>
    <w:rsid w:val="55F3E71A"/>
    <w:rsid w:val="66FC164F"/>
    <w:rsid w:val="67C7F76C"/>
    <w:rsid w:val="6A78F0AA"/>
    <w:rsid w:val="6A911EFE"/>
    <w:rsid w:val="6F6FAB72"/>
    <w:rsid w:val="736623DC"/>
    <w:rsid w:val="75232AA1"/>
    <w:rsid w:val="76DBB552"/>
    <w:rsid w:val="76F748D0"/>
    <w:rsid w:val="7D0AF1FA"/>
    <w:rsid w:val="7D79C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15</revision>
  <lastPrinted>2026-02-18T13:29:00.0000000Z</lastPrinted>
  <dcterms:created xsi:type="dcterms:W3CDTF">2026-08-21T08:50:00.0000000Z</dcterms:created>
  <dcterms:modified xsi:type="dcterms:W3CDTF">2026-09-07T09:31:35.2064995Z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fr</vt:lpwstr>
  </property>
</Properties>
</file>