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7C4BB9" w:rsidR="001B7D99" w:rsidP="00B44D1E" w:rsidRDefault="001B7D99" w14:paraId="46629F55" w14:textId="77777777">
      <w:pPr>
        <w:rPr>
          <w:rFonts w:ascii="Aptos" w:hAnsi="Aptos" w:cs="Arial"/>
          <w:b/>
          <w:bCs/>
          <w:color w:val="365F91" w:themeColor="accent1" w:themeShade="BF"/>
          <w:lang w:val="nl-NL"/>
        </w:rPr>
      </w:pPr>
    </w:p>
    <w:p w:rsidRPr="007C4BB9" w:rsidR="007C4BB9" w:rsidP="00B44D1E" w:rsidRDefault="007C4BB9" w14:paraId="59AB6000" w14:textId="77777777">
      <w:pPr>
        <w:rPr>
          <w:rFonts w:ascii="Aptos" w:hAnsi="Aptos" w:cs="Arial"/>
          <w:b/>
          <w:bCs/>
          <w:color w:val="365F91" w:themeColor="accent1" w:themeShade="BF"/>
          <w:lang w:val="nl-NL"/>
        </w:rPr>
      </w:pPr>
    </w:p>
    <w:p w:rsidR="001B7D99" w:rsidP="00B44D1E" w:rsidRDefault="001B7D99" w14:paraId="74F6C917" w14:textId="77777777">
      <w:pPr>
        <w:rPr>
          <w:rFonts w:ascii="Aptos" w:hAnsi="Aptos" w:cs="Arial"/>
          <w:b/>
          <w:bCs/>
          <w:color w:val="365F91" w:themeColor="accent1" w:themeShade="BF"/>
          <w:lang w:val="nl-NL"/>
        </w:rPr>
      </w:pPr>
    </w:p>
    <w:p w:rsidRPr="007C4BB9" w:rsidR="00973CBE" w:rsidP="00B44D1E" w:rsidRDefault="00973CBE" w14:paraId="7339F2F0" w14:textId="77777777">
      <w:pPr>
        <w:rPr>
          <w:rFonts w:ascii="Aptos" w:hAnsi="Aptos" w:cs="Arial"/>
          <w:b/>
          <w:bCs/>
          <w:color w:val="365F91" w:themeColor="accent1" w:themeShade="BF"/>
          <w:lang w:val="nl-NL"/>
        </w:rPr>
      </w:pPr>
    </w:p>
    <w:p w:rsidRPr="007C4BB9" w:rsidR="007D73C9" w:rsidP="00B44D1E" w:rsidRDefault="003C4B4C" w14:paraId="0A5CA275" w14:textId="353BE026">
      <w:pPr>
        <w:rPr>
          <w:rFonts w:ascii="Aptos" w:hAnsi="Aptos" w:cs="Arial"/>
          <w:b w:val="1"/>
          <w:bCs w:val="1"/>
          <w:color w:val="395D77"/>
          <w:lang w:val="nl-NL"/>
        </w:rPr>
      </w:pPr>
      <w:r w:rsidRPr="26708EB8" w:rsidR="1D310807">
        <w:rPr>
          <w:rFonts w:ascii="Aptos" w:hAnsi="Aptos" w:cs="Arial"/>
          <w:b w:val="1"/>
          <w:bCs w:val="1"/>
          <w:color w:val="395D77"/>
          <w:lang w:val="nl-NL"/>
        </w:rPr>
        <w:t xml:space="preserve">Social </w:t>
      </w:r>
      <w:r w:rsidRPr="26708EB8" w:rsidR="00A73153">
        <w:rPr>
          <w:rFonts w:ascii="Aptos" w:hAnsi="Aptos" w:cs="Arial"/>
          <w:b w:val="1"/>
          <w:bCs w:val="1"/>
          <w:color w:val="395D77"/>
          <w:lang w:val="nl-NL"/>
        </w:rPr>
        <w:t>Law</w:t>
      </w:r>
      <w:r w:rsidRPr="26708EB8" w:rsidR="002047B2">
        <w:rPr>
          <w:rFonts w:ascii="Aptos" w:hAnsi="Aptos" w:cs="Arial"/>
          <w:b w:val="1"/>
          <w:bCs w:val="1"/>
          <w:color w:val="395D77"/>
          <w:lang w:val="nl-NL"/>
        </w:rPr>
        <w:t xml:space="preserve"> – </w:t>
      </w:r>
      <w:r w:rsidRPr="26708EB8" w:rsidR="0068094D">
        <w:rPr>
          <w:rFonts w:ascii="Aptos" w:hAnsi="Aptos" w:cs="Arial"/>
          <w:b w:val="1"/>
          <w:bCs w:val="1"/>
          <w:color w:val="395D77"/>
          <w:lang w:val="nl-NL"/>
        </w:rPr>
        <w:t>Eerstejaarsstagia</w:t>
      </w:r>
      <w:r w:rsidRPr="26708EB8" w:rsidR="00962026">
        <w:rPr>
          <w:rFonts w:ascii="Aptos" w:hAnsi="Aptos" w:cs="Arial"/>
          <w:b w:val="1"/>
          <w:bCs w:val="1"/>
          <w:color w:val="395D77"/>
          <w:lang w:val="nl-NL"/>
        </w:rPr>
        <w:t>i</w:t>
      </w:r>
      <w:r w:rsidRPr="26708EB8" w:rsidR="0068094D">
        <w:rPr>
          <w:rFonts w:ascii="Aptos" w:hAnsi="Aptos" w:cs="Arial"/>
          <w:b w:val="1"/>
          <w:bCs w:val="1"/>
          <w:color w:val="395D77"/>
          <w:lang w:val="nl-NL"/>
        </w:rPr>
        <w:t xml:space="preserve">r 2027 </w:t>
      </w:r>
    </w:p>
    <w:p w:rsidR="43697273" w:rsidP="26708EB8" w:rsidRDefault="43697273" w14:paraId="0B12110C" w14:textId="46302B53">
      <w:pPr>
        <w:pStyle w:val="Normal"/>
        <w:suppressLineNumbers w:val="0"/>
        <w:bidi w:val="0"/>
        <w:spacing w:before="0" w:beforeAutospacing="off" w:after="200" w:afterAutospacing="off" w:line="276" w:lineRule="auto"/>
        <w:ind w:left="0" w:right="0"/>
        <w:jc w:val="left"/>
        <w:rPr>
          <w:rFonts w:ascii="Aptos" w:hAnsi="Aptos" w:eastAsia="Aptos" w:cs="Aptos"/>
          <w:noProof w:val="0"/>
          <w:sz w:val="20"/>
          <w:szCs w:val="20"/>
          <w:lang w:val="nl-NL"/>
        </w:rPr>
      </w:pPr>
      <w:r w:rsidRPr="7E3E57CC" w:rsidR="43697273">
        <w:rPr>
          <w:rFonts w:ascii="Aptos" w:hAnsi="Aptos" w:eastAsia="Aptos" w:cs="Aptos"/>
          <w:b w:val="0"/>
          <w:bCs w:val="0"/>
          <w:i w:val="0"/>
          <w:iCs w:val="0"/>
          <w:caps w:val="0"/>
          <w:smallCaps w:val="0"/>
          <w:noProof w:val="0"/>
          <w:color w:val="395E77"/>
          <w:sz w:val="20"/>
          <w:szCs w:val="20"/>
          <w:lang w:val="nl-BE"/>
        </w:rPr>
        <w:t xml:space="preserve">Ben jij een ambitieuze eerstejaars stagiair met een uitgesproken interesse in </w:t>
      </w:r>
      <w:r w:rsidRPr="7E3E57CC" w:rsidR="43697273">
        <w:rPr>
          <w:rFonts w:ascii="Aptos" w:hAnsi="Aptos" w:eastAsia="Aptos" w:cs="Aptos"/>
          <w:b w:val="1"/>
          <w:bCs w:val="1"/>
          <w:i w:val="0"/>
          <w:iCs w:val="0"/>
          <w:caps w:val="0"/>
          <w:smallCaps w:val="0"/>
          <w:noProof w:val="0"/>
          <w:color w:val="395E77"/>
          <w:sz w:val="20"/>
          <w:szCs w:val="20"/>
          <w:lang w:val="nl-BE"/>
        </w:rPr>
        <w:t>arbeids</w:t>
      </w:r>
      <w:r w:rsidRPr="7E3E57CC" w:rsidR="43697273">
        <w:rPr>
          <w:rFonts w:ascii="Aptos" w:hAnsi="Aptos" w:eastAsia="Aptos" w:cs="Aptos"/>
          <w:b w:val="1"/>
          <w:bCs w:val="1"/>
          <w:i w:val="0"/>
          <w:iCs w:val="0"/>
          <w:caps w:val="0"/>
          <w:smallCaps w:val="0"/>
          <w:noProof w:val="0"/>
          <w:color w:val="395E77"/>
          <w:sz w:val="20"/>
          <w:szCs w:val="20"/>
          <w:lang w:val="nl-BE"/>
        </w:rPr>
        <w:t>recht</w:t>
      </w:r>
      <w:r w:rsidRPr="7E3E57CC" w:rsidR="43697273">
        <w:rPr>
          <w:rFonts w:ascii="Aptos" w:hAnsi="Aptos" w:eastAsia="Aptos" w:cs="Aptos"/>
          <w:b w:val="0"/>
          <w:bCs w:val="0"/>
          <w:i w:val="0"/>
          <w:iCs w:val="0"/>
          <w:caps w:val="0"/>
          <w:smallCaps w:val="0"/>
          <w:noProof w:val="0"/>
          <w:color w:val="395E77"/>
          <w:sz w:val="20"/>
          <w:szCs w:val="20"/>
          <w:lang w:val="nl-BE"/>
        </w:rPr>
        <w:t>? Dan krijg je bij ons de kans om vanaf dag één mee te draaien in een gespecialiseerd team, omringd door gedreven collega’s. Je krijgt snel verantwoordelijkheid, ruimte om te groeien en de mogelijkheid om je eigen plaats te veroveren binnen een boeiende en praktijkgerichte omgeving.</w:t>
      </w:r>
    </w:p>
    <w:p w:rsidRPr="007C4BB9" w:rsidR="00643A6B" w:rsidP="00086D2D" w:rsidRDefault="00086D2D" w14:paraId="56BF3249" w14:textId="58685869">
      <w:pPr>
        <w:rPr>
          <w:rFonts w:ascii="Aptos" w:hAnsi="Aptos" w:cs="Arial"/>
          <w:color w:val="395D77"/>
          <w:sz w:val="20"/>
          <w:szCs w:val="20"/>
          <w:lang w:val="nl-NL"/>
        </w:rPr>
      </w:pPr>
      <w:r w:rsidRPr="0F47B796" w:rsidR="00086D2D">
        <w:rPr>
          <w:rFonts w:ascii="Aptos" w:hAnsi="Aptos" w:cs="Arial"/>
          <w:color w:val="395D77"/>
          <w:sz w:val="20"/>
          <w:szCs w:val="20"/>
          <w:lang w:val="nl-NL"/>
        </w:rPr>
        <w:t>Je werkt vanuit Antwerpen</w:t>
      </w:r>
      <w:r w:rsidRPr="0F47B796" w:rsidR="69F795C1">
        <w:rPr>
          <w:rFonts w:ascii="Aptos" w:hAnsi="Aptos" w:cs="Arial"/>
          <w:color w:val="395D77"/>
          <w:sz w:val="20"/>
          <w:szCs w:val="20"/>
          <w:lang w:val="nl-NL"/>
        </w:rPr>
        <w:t xml:space="preserve"> of Brussel</w:t>
      </w:r>
      <w:r w:rsidRPr="0F47B796" w:rsidR="00086D2D">
        <w:rPr>
          <w:rFonts w:ascii="Aptos" w:hAnsi="Aptos" w:cs="Arial"/>
          <w:color w:val="395D77"/>
          <w:sz w:val="20"/>
          <w:szCs w:val="20"/>
          <w:lang w:val="nl-NL"/>
        </w:rPr>
        <w:t>.</w:t>
      </w:r>
    </w:p>
    <w:p w:rsidRPr="007C4BB9" w:rsidR="001A7DBB" w:rsidP="00B44D1E" w:rsidRDefault="001A7DBB" w14:paraId="56BDE4BC" w14:textId="68C7DEE7">
      <w:pPr>
        <w:rPr>
          <w:rFonts w:ascii="Aptos" w:hAnsi="Aptos" w:cs="Arial"/>
          <w:b/>
          <w:bCs/>
          <w:color w:val="395D77"/>
          <w:lang w:val="nl-NL"/>
        </w:rPr>
      </w:pPr>
      <w:r w:rsidRPr="007C4BB9">
        <w:rPr>
          <w:rFonts w:ascii="Aptos" w:hAnsi="Aptos" w:cs="Arial"/>
          <w:b/>
          <w:bCs/>
          <w:color w:val="395D77"/>
          <w:lang w:val="nl-NL"/>
        </w:rPr>
        <w:t>Profiel</w:t>
      </w:r>
    </w:p>
    <w:p w:rsidRPr="007C4BB9" w:rsidR="007C4BB9" w:rsidP="007C4BB9" w:rsidRDefault="007C4BB9" w14:paraId="67B1BF07"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bent houder van een Master in Belgisch Recht.</w:t>
      </w:r>
    </w:p>
    <w:p w:rsidRPr="007C4BB9" w:rsidR="007C4BB9" w:rsidP="007C4BB9" w:rsidRDefault="007C4BB9" w14:paraId="28FA664E" w14:textId="2D5CFB53">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 xml:space="preserve">Je hebt een uitstekende kennis van het Nederlands en een goede kennis van het Frans en het Engels </w:t>
      </w:r>
      <w:r w:rsidR="00BD03CD">
        <w:rPr>
          <w:rFonts w:ascii="Aptos" w:hAnsi="Aptos" w:cs="Arial"/>
          <w:color w:val="395D77"/>
          <w:sz w:val="20"/>
          <w:szCs w:val="20"/>
          <w:lang w:val="nl-NL"/>
        </w:rPr>
        <w:t>zowel mondeling als schriftelijk</w:t>
      </w:r>
      <w:r w:rsidRPr="007C4BB9">
        <w:rPr>
          <w:rFonts w:ascii="Aptos" w:hAnsi="Aptos" w:cs="Arial"/>
          <w:color w:val="395D77"/>
          <w:sz w:val="20"/>
          <w:szCs w:val="20"/>
          <w:lang w:val="nl-NL"/>
        </w:rPr>
        <w:t>.</w:t>
      </w:r>
    </w:p>
    <w:p w:rsidR="007C4BB9" w:rsidP="007C4BB9" w:rsidRDefault="007C4BB9" w14:paraId="2933945B"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kan academische resultaten voorleggen die jouw sterk juridisch inzicht en probleemoplossend vermogen weerspiegelen.</w:t>
      </w:r>
    </w:p>
    <w:p w:rsidR="00F533B9" w:rsidP="007C4BB9" w:rsidRDefault="00F533B9" w14:paraId="3B3C14EB" w14:textId="637F6B02">
      <w:pPr>
        <w:pStyle w:val="ListParagraph"/>
        <w:numPr>
          <w:ilvl w:val="0"/>
          <w:numId w:val="16"/>
        </w:numPr>
        <w:rPr>
          <w:rFonts w:ascii="Aptos" w:hAnsi="Aptos" w:cs="Arial"/>
          <w:color w:val="395D77"/>
          <w:sz w:val="20"/>
          <w:szCs w:val="20"/>
          <w:lang w:val="nl-NL"/>
        </w:rPr>
      </w:pPr>
      <w:r w:rsidRPr="6980747A" w:rsidR="00F533B9">
        <w:rPr>
          <w:rFonts w:ascii="Aptos" w:hAnsi="Aptos" w:cs="Arial"/>
          <w:color w:val="395D77"/>
          <w:sz w:val="20"/>
          <w:szCs w:val="20"/>
          <w:lang w:val="nl-NL"/>
        </w:rPr>
        <w:t xml:space="preserve">Je hebt een sterke interesse in </w:t>
      </w:r>
      <w:r w:rsidRPr="6980747A" w:rsidR="06D54CA9">
        <w:rPr>
          <w:rFonts w:ascii="Aptos" w:hAnsi="Aptos" w:cs="Arial"/>
          <w:b w:val="1"/>
          <w:bCs w:val="1"/>
          <w:color w:val="395D77"/>
          <w:sz w:val="20"/>
          <w:szCs w:val="20"/>
          <w:lang w:val="nl-NL"/>
        </w:rPr>
        <w:t>arbeid</w:t>
      </w:r>
      <w:r w:rsidRPr="6980747A" w:rsidR="00C05A9E">
        <w:rPr>
          <w:rFonts w:ascii="Aptos" w:hAnsi="Aptos" w:cs="Arial"/>
          <w:b w:val="1"/>
          <w:bCs w:val="1"/>
          <w:color w:val="395D77"/>
          <w:sz w:val="20"/>
          <w:szCs w:val="20"/>
          <w:lang w:val="nl-NL"/>
        </w:rPr>
        <w:t>srecht</w:t>
      </w:r>
      <w:r w:rsidRPr="6980747A" w:rsidR="00F533B9">
        <w:rPr>
          <w:rFonts w:ascii="Aptos" w:hAnsi="Aptos" w:cs="Arial"/>
          <w:color w:val="395D77"/>
          <w:sz w:val="20"/>
          <w:szCs w:val="20"/>
          <w:lang w:val="nl-NL"/>
        </w:rPr>
        <w:t xml:space="preserve"> en bent gemotiveerd om je expertise binnen dit rechtsdomein verder uit te bouwen.</w:t>
      </w:r>
    </w:p>
    <w:p w:rsidRPr="007C4BB9" w:rsidR="007C4BB9" w:rsidP="007C4BB9" w:rsidRDefault="007C4BB9" w14:paraId="3ACF2E9E" w14:textId="0A496CEF">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combineert een sterk analytisch vermogen met een gezond</w:t>
      </w:r>
      <w:r w:rsidR="004374D6">
        <w:rPr>
          <w:rFonts w:ascii="Aptos" w:hAnsi="Aptos" w:cs="Arial"/>
          <w:color w:val="395D77"/>
          <w:sz w:val="20"/>
          <w:szCs w:val="20"/>
          <w:lang w:val="nl-NL"/>
        </w:rPr>
        <w:t>e</w:t>
      </w:r>
      <w:r w:rsidRPr="007C4BB9">
        <w:rPr>
          <w:rFonts w:ascii="Aptos" w:hAnsi="Aptos" w:cs="Arial"/>
          <w:color w:val="395D77"/>
          <w:sz w:val="20"/>
          <w:szCs w:val="20"/>
          <w:lang w:val="nl-NL"/>
        </w:rPr>
        <w:t xml:space="preserve"> assertieve houding en je bent een ploegspeler die ook zelfstandig kan werken.</w:t>
      </w:r>
    </w:p>
    <w:p w:rsidRPr="007C4BB9" w:rsidR="007C4BB9" w:rsidP="007C4BB9" w:rsidRDefault="007C4BB9" w14:paraId="393C28C8" w14:textId="77777777">
      <w:pPr>
        <w:pStyle w:val="ListParagraph"/>
        <w:numPr>
          <w:ilvl w:val="0"/>
          <w:numId w:val="16"/>
        </w:numPr>
        <w:rPr>
          <w:rFonts w:ascii="Aptos" w:hAnsi="Aptos" w:cs="Arial"/>
          <w:color w:val="395D77"/>
          <w:sz w:val="20"/>
          <w:szCs w:val="20"/>
          <w:lang w:val="nl-NL"/>
        </w:rPr>
      </w:pPr>
      <w:r w:rsidRPr="007C4BB9">
        <w:rPr>
          <w:rFonts w:ascii="Aptos" w:hAnsi="Aptos" w:cs="Arial"/>
          <w:color w:val="395D77"/>
          <w:sz w:val="20"/>
          <w:szCs w:val="20"/>
          <w:lang w:val="nl-NL"/>
        </w:rPr>
        <w:t>Je bent gedreven en hebt passie voor het vak.</w:t>
      </w:r>
    </w:p>
    <w:p w:rsidRPr="007C4BB9" w:rsidR="00643A6B" w:rsidP="00B44D1E" w:rsidRDefault="00643A6B" w14:paraId="38BE0B0F" w14:textId="77777777">
      <w:pPr>
        <w:rPr>
          <w:rFonts w:ascii="Aptos" w:hAnsi="Aptos" w:cs="Arial"/>
          <w:b/>
          <w:bCs/>
          <w:color w:val="365F91" w:themeColor="accent1" w:themeShade="BF"/>
          <w:lang w:val="nl-NL"/>
        </w:rPr>
      </w:pPr>
    </w:p>
    <w:p w:rsidRPr="007C4BB9" w:rsidR="001A7DBB" w:rsidP="00B44D1E" w:rsidRDefault="001A7DBB" w14:paraId="44543A58" w14:textId="560E43AD">
      <w:pPr>
        <w:rPr>
          <w:rFonts w:ascii="Aptos" w:hAnsi="Aptos" w:cs="Arial"/>
          <w:b/>
          <w:bCs/>
          <w:color w:val="395D77"/>
          <w:lang w:val="nl-NL"/>
        </w:rPr>
      </w:pPr>
      <w:r w:rsidRPr="007C4BB9">
        <w:rPr>
          <w:rFonts w:ascii="Aptos" w:hAnsi="Aptos" w:cs="Arial"/>
          <w:b/>
          <w:bCs/>
          <w:color w:val="395D77"/>
          <w:lang w:val="nl-NL"/>
        </w:rPr>
        <w:t>Aanbod</w:t>
      </w:r>
    </w:p>
    <w:p w:rsidR="004374D6" w:rsidP="00B11B51" w:rsidRDefault="00710312" w14:paraId="0DC303DA" w14:textId="77777777">
      <w:pPr>
        <w:rPr>
          <w:rFonts w:ascii="Aptos" w:hAnsi="Aptos" w:cs="Arial"/>
          <w:color w:val="395D77"/>
          <w:sz w:val="20"/>
          <w:szCs w:val="20"/>
          <w:lang w:val="nl-NL"/>
        </w:rPr>
      </w:pPr>
      <w:r w:rsidRPr="007C4BB9">
        <w:rPr>
          <w:rFonts w:ascii="Aptos" w:hAnsi="Aptos" w:cs="Arial"/>
          <w:color w:val="395D77"/>
          <w:sz w:val="20"/>
          <w:szCs w:val="20"/>
          <w:lang w:val="nl-NL"/>
        </w:rPr>
        <w:t>We bieden een stimulerende werkomgeving met boeiende en gevarieerde dossiers. Daarnaast voorzien wij een uitgebreid pakket aan interne opleidingsmogelijkheden zoals coaching, seminaries en trainingen om je professionele ontwikkeling te ondersteunen.</w:t>
      </w:r>
    </w:p>
    <w:p w:rsidRPr="007C4BB9" w:rsidR="006C6F96" w:rsidP="00B11B51" w:rsidRDefault="00710312" w14:paraId="073CA01B" w14:textId="0D777E37">
      <w:pPr>
        <w:rPr>
          <w:rFonts w:ascii="Aptos" w:hAnsi="Aptos" w:cs="Arial"/>
          <w:color w:val="395D77"/>
          <w:sz w:val="20"/>
          <w:szCs w:val="20"/>
          <w:lang w:val="nl-NL"/>
        </w:rPr>
      </w:pPr>
      <w:r w:rsidRPr="007C4BB9">
        <w:rPr>
          <w:rFonts w:ascii="Aptos" w:hAnsi="Aptos" w:cs="Arial"/>
          <w:color w:val="395D77"/>
          <w:sz w:val="20"/>
          <w:szCs w:val="20"/>
          <w:lang w:val="nl-NL"/>
        </w:rPr>
        <w:t>Uiteraard hoort hierbij ook een aantrekkelijk vergoedingspakket.</w:t>
      </w:r>
    </w:p>
    <w:sectPr w:rsidRPr="007C4BB9" w:rsidR="006C6F96" w:rsidSect="00034616">
      <w:headerReference w:type="default" r:id="rId11"/>
      <w:footerReference w:type="default" r:id="rId12"/>
      <w:pgSz w:w="12240" w:h="15840" w:orient="portrait"/>
      <w:pgMar w:top="1440" w:right="1800" w:bottom="1440" w:left="180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257EC" w:rsidRDefault="006257EC" w14:paraId="6FF8E55F" w14:textId="77777777">
      <w:pPr>
        <w:spacing w:after="0" w:line="240" w:lineRule="auto"/>
      </w:pPr>
      <w:r>
        <w:separator/>
      </w:r>
    </w:p>
  </w:endnote>
  <w:endnote w:type="continuationSeparator" w:id="0">
    <w:p w:rsidR="006257EC" w:rsidRDefault="006257EC" w14:paraId="05CAF34C" w14:textId="7777777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7D73C9" w:rsidR="00B11B51" w:rsidP="00211D97" w:rsidRDefault="006C6F96" w14:paraId="03145825" w14:textId="3DE4FEDA">
    <w:pPr>
      <w:pStyle w:val="Footer"/>
      <w:spacing w:before="240"/>
      <w:jc w:val="right"/>
      <w:rPr>
        <w:noProof/>
        <w:color w:val="395D77"/>
      </w:rPr>
    </w:pPr>
    <w:r>
      <w:rPr>
        <w:noProof/>
        <w:color w:val="395D77"/>
      </w:rPr>
      <w:t>hr</w:t>
    </w:r>
    <w:r w:rsidRPr="007D73C9" w:rsidR="007D73C9">
      <w:rPr>
        <w:noProof/>
        <w:color w:val="395D77"/>
      </w:rPr>
      <w:t>@s</w:t>
    </w:r>
    <w:r w:rsidR="00C0069B">
      <w:rPr>
        <w:noProof/>
        <w:color w:val="395D77"/>
      </w:rPr>
      <w:t>cale</w:t>
    </w:r>
    <w:r w:rsidR="00EA709B">
      <w:rPr>
        <w:noProof/>
        <w:color w:val="395D77"/>
      </w:rPr>
      <w:t>-law</w:t>
    </w:r>
    <w:r w:rsidRPr="007D73C9" w:rsidR="007D73C9">
      <w:rPr>
        <w:noProof/>
        <w:color w:val="395D77"/>
      </w:rPr>
      <w:t>.be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257EC" w:rsidRDefault="006257EC" w14:paraId="4FA1FA5D" w14:textId="77777777">
      <w:pPr>
        <w:spacing w:after="0" w:line="240" w:lineRule="auto"/>
      </w:pPr>
      <w:r>
        <w:separator/>
      </w:r>
    </w:p>
  </w:footnote>
  <w:footnote w:type="continuationSeparator" w:id="0">
    <w:p w:rsidR="006257EC" w:rsidRDefault="006257EC" w14:paraId="12189C69" w14:textId="7777777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16se w16cid w16 w16cex w16sdtdh w16sdtfl w16du wp14">
  <w:p w:rsidR="0089752A" w:rsidP="00B4433F" w:rsidRDefault="00B4433F" w14:paraId="3568BEF9" w14:textId="644CCEE9">
    <w:pPr>
      <w:pStyle w:val="Header"/>
      <w:jc w:val="right"/>
    </w:pPr>
    <w:r>
      <w:rPr>
        <w:noProof/>
      </w:rPr>
      <w:drawing>
        <wp:inline distT="0" distB="0" distL="0" distR="0" wp14:anchorId="71AAA545" wp14:editId="0F2E9FFA">
          <wp:extent cx="1115695" cy="261620"/>
          <wp:effectExtent l="0" t="0" r="8255" b="5080"/>
          <wp:docPr id="1643197508"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43197508" name="Picture 1643197508"/>
                  <pic:cNvPicPr/>
                </pic:nvPicPr>
                <pic:blipFill>
                  <a:blip r:embed="rId1"/>
                  <a:stretch>
                    <a:fillRect/>
                  </a:stretch>
                </pic:blipFill>
                <pic:spPr>
                  <a:xfrm>
                    <a:off x="0" y="0"/>
                    <a:ext cx="1132375" cy="265531"/>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hint="default" w:ascii="Symbol" w:hAnsi="Symbol"/>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hint="default" w:ascii="Symbol" w:hAnsi="Symbol"/>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hint="default" w:ascii="Symbol" w:hAnsi="Symbol"/>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hint="default" w:ascii="Symbol" w:hAnsi="Symbol"/>
      </w:rPr>
    </w:lvl>
  </w:abstractNum>
  <w:abstractNum w:abstractNumId="9" w15:restartNumberingAfterBreak="0">
    <w:nsid w:val="07E93390"/>
    <w:multiLevelType w:val="hybridMultilevel"/>
    <w:tmpl w:val="AAF290B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0" w15:restartNumberingAfterBreak="0">
    <w:nsid w:val="1B27676B"/>
    <w:multiLevelType w:val="hybridMultilevel"/>
    <w:tmpl w:val="9B96432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1" w15:restartNumberingAfterBreak="0">
    <w:nsid w:val="286036E6"/>
    <w:multiLevelType w:val="multilevel"/>
    <w:tmpl w:val="8B1083DC"/>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2" w15:restartNumberingAfterBreak="0">
    <w:nsid w:val="390A64FD"/>
    <w:multiLevelType w:val="hybridMultilevel"/>
    <w:tmpl w:val="0B6A5C5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3" w15:restartNumberingAfterBreak="0">
    <w:nsid w:val="400C575C"/>
    <w:multiLevelType w:val="hybridMultilevel"/>
    <w:tmpl w:val="3CD2976A"/>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4" w15:restartNumberingAfterBreak="0">
    <w:nsid w:val="43D17B54"/>
    <w:multiLevelType w:val="hybridMultilevel"/>
    <w:tmpl w:val="157814D4"/>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abstractNum w:abstractNumId="15" w15:restartNumberingAfterBreak="0">
    <w:nsid w:val="6C925F82"/>
    <w:multiLevelType w:val="hybridMultilevel"/>
    <w:tmpl w:val="7F84933C"/>
    <w:lvl w:ilvl="0" w:tplc="20000001">
      <w:start w:val="1"/>
      <w:numFmt w:val="bullet"/>
      <w:lvlText w:val=""/>
      <w:lvlJc w:val="left"/>
      <w:pPr>
        <w:ind w:left="720" w:hanging="360"/>
      </w:pPr>
      <w:rPr>
        <w:rFonts w:hint="default" w:ascii="Symbol" w:hAnsi="Symbol"/>
      </w:rPr>
    </w:lvl>
    <w:lvl w:ilvl="1" w:tplc="20000003" w:tentative="1">
      <w:start w:val="1"/>
      <w:numFmt w:val="bullet"/>
      <w:lvlText w:val="o"/>
      <w:lvlJc w:val="left"/>
      <w:pPr>
        <w:ind w:left="1440" w:hanging="360"/>
      </w:pPr>
      <w:rPr>
        <w:rFonts w:hint="default" w:ascii="Courier New" w:hAnsi="Courier New" w:cs="Courier New"/>
      </w:rPr>
    </w:lvl>
    <w:lvl w:ilvl="2" w:tplc="20000005" w:tentative="1">
      <w:start w:val="1"/>
      <w:numFmt w:val="bullet"/>
      <w:lvlText w:val=""/>
      <w:lvlJc w:val="left"/>
      <w:pPr>
        <w:ind w:left="2160" w:hanging="360"/>
      </w:pPr>
      <w:rPr>
        <w:rFonts w:hint="default" w:ascii="Wingdings" w:hAnsi="Wingdings"/>
      </w:rPr>
    </w:lvl>
    <w:lvl w:ilvl="3" w:tplc="20000001" w:tentative="1">
      <w:start w:val="1"/>
      <w:numFmt w:val="bullet"/>
      <w:lvlText w:val=""/>
      <w:lvlJc w:val="left"/>
      <w:pPr>
        <w:ind w:left="2880" w:hanging="360"/>
      </w:pPr>
      <w:rPr>
        <w:rFonts w:hint="default" w:ascii="Symbol" w:hAnsi="Symbol"/>
      </w:rPr>
    </w:lvl>
    <w:lvl w:ilvl="4" w:tplc="20000003" w:tentative="1">
      <w:start w:val="1"/>
      <w:numFmt w:val="bullet"/>
      <w:lvlText w:val="o"/>
      <w:lvlJc w:val="left"/>
      <w:pPr>
        <w:ind w:left="3600" w:hanging="360"/>
      </w:pPr>
      <w:rPr>
        <w:rFonts w:hint="default" w:ascii="Courier New" w:hAnsi="Courier New" w:cs="Courier New"/>
      </w:rPr>
    </w:lvl>
    <w:lvl w:ilvl="5" w:tplc="20000005" w:tentative="1">
      <w:start w:val="1"/>
      <w:numFmt w:val="bullet"/>
      <w:lvlText w:val=""/>
      <w:lvlJc w:val="left"/>
      <w:pPr>
        <w:ind w:left="4320" w:hanging="360"/>
      </w:pPr>
      <w:rPr>
        <w:rFonts w:hint="default" w:ascii="Wingdings" w:hAnsi="Wingdings"/>
      </w:rPr>
    </w:lvl>
    <w:lvl w:ilvl="6" w:tplc="20000001" w:tentative="1">
      <w:start w:val="1"/>
      <w:numFmt w:val="bullet"/>
      <w:lvlText w:val=""/>
      <w:lvlJc w:val="left"/>
      <w:pPr>
        <w:ind w:left="5040" w:hanging="360"/>
      </w:pPr>
      <w:rPr>
        <w:rFonts w:hint="default" w:ascii="Symbol" w:hAnsi="Symbol"/>
      </w:rPr>
    </w:lvl>
    <w:lvl w:ilvl="7" w:tplc="20000003" w:tentative="1">
      <w:start w:val="1"/>
      <w:numFmt w:val="bullet"/>
      <w:lvlText w:val="o"/>
      <w:lvlJc w:val="left"/>
      <w:pPr>
        <w:ind w:left="5760" w:hanging="360"/>
      </w:pPr>
      <w:rPr>
        <w:rFonts w:hint="default" w:ascii="Courier New" w:hAnsi="Courier New" w:cs="Courier New"/>
      </w:rPr>
    </w:lvl>
    <w:lvl w:ilvl="8" w:tplc="20000005" w:tentative="1">
      <w:start w:val="1"/>
      <w:numFmt w:val="bullet"/>
      <w:lvlText w:val=""/>
      <w:lvlJc w:val="left"/>
      <w:pPr>
        <w:ind w:left="6480" w:hanging="360"/>
      </w:pPr>
      <w:rPr>
        <w:rFonts w:hint="default" w:ascii="Wingdings" w:hAnsi="Wingdings"/>
      </w:rPr>
    </w:lvl>
  </w:abstractNum>
  <w:num w:numId="1" w16cid:durableId="422729797">
    <w:abstractNumId w:val="8"/>
  </w:num>
  <w:num w:numId="2" w16cid:durableId="1657496509">
    <w:abstractNumId w:val="6"/>
  </w:num>
  <w:num w:numId="3" w16cid:durableId="538202249">
    <w:abstractNumId w:val="5"/>
  </w:num>
  <w:num w:numId="4" w16cid:durableId="1683052004">
    <w:abstractNumId w:val="4"/>
  </w:num>
  <w:num w:numId="5" w16cid:durableId="1996182966">
    <w:abstractNumId w:val="7"/>
  </w:num>
  <w:num w:numId="6" w16cid:durableId="471410348">
    <w:abstractNumId w:val="3"/>
  </w:num>
  <w:num w:numId="7" w16cid:durableId="184054506">
    <w:abstractNumId w:val="2"/>
  </w:num>
  <w:num w:numId="8" w16cid:durableId="1907916797">
    <w:abstractNumId w:val="1"/>
  </w:num>
  <w:num w:numId="9" w16cid:durableId="1668942219">
    <w:abstractNumId w:val="0"/>
  </w:num>
  <w:num w:numId="10" w16cid:durableId="1693603296">
    <w:abstractNumId w:val="12"/>
  </w:num>
  <w:num w:numId="11" w16cid:durableId="451243603">
    <w:abstractNumId w:val="14"/>
  </w:num>
  <w:num w:numId="12" w16cid:durableId="1608154492">
    <w:abstractNumId w:val="13"/>
  </w:num>
  <w:num w:numId="13" w16cid:durableId="290477782">
    <w:abstractNumId w:val="11"/>
  </w:num>
  <w:num w:numId="14" w16cid:durableId="539827501">
    <w:abstractNumId w:val="9"/>
  </w:num>
  <w:num w:numId="15" w16cid:durableId="562108671">
    <w:abstractNumId w:val="10"/>
  </w:num>
  <w:num w:numId="16" w16cid:durableId="922377434">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dirty"/>
  <w:trackRevisions w:val="false"/>
  <w:defaultTabStop w:val="72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730"/>
    <w:rsid w:val="00034616"/>
    <w:rsid w:val="0004588E"/>
    <w:rsid w:val="0006063C"/>
    <w:rsid w:val="00086D2D"/>
    <w:rsid w:val="000B0931"/>
    <w:rsid w:val="000F6753"/>
    <w:rsid w:val="00133A3E"/>
    <w:rsid w:val="0015074B"/>
    <w:rsid w:val="00161AEE"/>
    <w:rsid w:val="001864EA"/>
    <w:rsid w:val="001A7DBB"/>
    <w:rsid w:val="001B7D99"/>
    <w:rsid w:val="001D7203"/>
    <w:rsid w:val="002047B2"/>
    <w:rsid w:val="00211D97"/>
    <w:rsid w:val="0029639D"/>
    <w:rsid w:val="002C57B9"/>
    <w:rsid w:val="002F2304"/>
    <w:rsid w:val="00326F90"/>
    <w:rsid w:val="00327840"/>
    <w:rsid w:val="00340BF4"/>
    <w:rsid w:val="00347E45"/>
    <w:rsid w:val="003647F2"/>
    <w:rsid w:val="003C4B4C"/>
    <w:rsid w:val="003F1780"/>
    <w:rsid w:val="003F5381"/>
    <w:rsid w:val="00430C92"/>
    <w:rsid w:val="004341BE"/>
    <w:rsid w:val="004374D6"/>
    <w:rsid w:val="00476E14"/>
    <w:rsid w:val="004F7F31"/>
    <w:rsid w:val="0051374F"/>
    <w:rsid w:val="00517AF3"/>
    <w:rsid w:val="00556182"/>
    <w:rsid w:val="005C227F"/>
    <w:rsid w:val="005D1E7D"/>
    <w:rsid w:val="00616E46"/>
    <w:rsid w:val="006257EC"/>
    <w:rsid w:val="00626F49"/>
    <w:rsid w:val="00643A6B"/>
    <w:rsid w:val="0067347F"/>
    <w:rsid w:val="0068094D"/>
    <w:rsid w:val="00691D67"/>
    <w:rsid w:val="006B35F8"/>
    <w:rsid w:val="006C6F96"/>
    <w:rsid w:val="006E4B6A"/>
    <w:rsid w:val="006F6158"/>
    <w:rsid w:val="006F66C1"/>
    <w:rsid w:val="00710312"/>
    <w:rsid w:val="007536D1"/>
    <w:rsid w:val="00755AE4"/>
    <w:rsid w:val="007C4BB9"/>
    <w:rsid w:val="007D73C9"/>
    <w:rsid w:val="007E2CCB"/>
    <w:rsid w:val="007F1023"/>
    <w:rsid w:val="008237DC"/>
    <w:rsid w:val="0084692C"/>
    <w:rsid w:val="00866011"/>
    <w:rsid w:val="0089752A"/>
    <w:rsid w:val="008C0AA9"/>
    <w:rsid w:val="0092734F"/>
    <w:rsid w:val="00962026"/>
    <w:rsid w:val="00973CBE"/>
    <w:rsid w:val="009C0E16"/>
    <w:rsid w:val="00A4183C"/>
    <w:rsid w:val="00A73153"/>
    <w:rsid w:val="00AA1D8D"/>
    <w:rsid w:val="00AC03E3"/>
    <w:rsid w:val="00B11B51"/>
    <w:rsid w:val="00B223A9"/>
    <w:rsid w:val="00B37D5A"/>
    <w:rsid w:val="00B4433F"/>
    <w:rsid w:val="00B44D1E"/>
    <w:rsid w:val="00B47730"/>
    <w:rsid w:val="00B65287"/>
    <w:rsid w:val="00B9501A"/>
    <w:rsid w:val="00B9777A"/>
    <w:rsid w:val="00BA2A5D"/>
    <w:rsid w:val="00BA5724"/>
    <w:rsid w:val="00BD03CD"/>
    <w:rsid w:val="00BD705E"/>
    <w:rsid w:val="00BD7144"/>
    <w:rsid w:val="00BE0D69"/>
    <w:rsid w:val="00C0069B"/>
    <w:rsid w:val="00C0319D"/>
    <w:rsid w:val="00C05A9E"/>
    <w:rsid w:val="00C61541"/>
    <w:rsid w:val="00C70186"/>
    <w:rsid w:val="00CB0664"/>
    <w:rsid w:val="00CB5DBD"/>
    <w:rsid w:val="00D134F1"/>
    <w:rsid w:val="00D8269F"/>
    <w:rsid w:val="00D85E17"/>
    <w:rsid w:val="00E507B7"/>
    <w:rsid w:val="00E53D39"/>
    <w:rsid w:val="00E84495"/>
    <w:rsid w:val="00E90562"/>
    <w:rsid w:val="00EA709B"/>
    <w:rsid w:val="00ED3AB2"/>
    <w:rsid w:val="00F533B9"/>
    <w:rsid w:val="00F6467B"/>
    <w:rsid w:val="00F94508"/>
    <w:rsid w:val="00FC693F"/>
    <w:rsid w:val="06D54CA9"/>
    <w:rsid w:val="0F47B796"/>
    <w:rsid w:val="1D310807"/>
    <w:rsid w:val="26708EB8"/>
    <w:rsid w:val="27D22BA1"/>
    <w:rsid w:val="43697273"/>
    <w:rsid w:val="5CAF3631"/>
    <w:rsid w:val="6980747A"/>
    <w:rsid w:val="69F795C1"/>
    <w:rsid w:val="7E3E57C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3F6CD3EF"/>
  <w14:defaultImageDpi w14:val="300"/>
  <w15:docId w15:val="{EA65CCB0-A2EA-488C-9BA7-FD1E8FF0BB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hAnsiTheme="minorHAnsi" w:eastAsiaTheme="minorEastAsia"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hAnsiTheme="majorHAnsi" w:eastAsiaTheme="majorEastAsia"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hAnsiTheme="majorHAnsi" w:eastAsiaTheme="majorEastAsia"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hAnsiTheme="majorHAnsi" w:eastAsiaTheme="majorEastAsia"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hAnsiTheme="majorHAnsi" w:eastAsiaTheme="majorEastAsia"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hAnsiTheme="majorHAnsi" w:eastAsiaTheme="majorEastAsia"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hAnsiTheme="majorHAnsi" w:eastAsiaTheme="majorEastAsia"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hAnsiTheme="majorHAnsi" w:eastAsiaTheme="majorEastAsia"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hAnsiTheme="majorHAnsi" w:eastAsiaTheme="majorEastAsia"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hAnsiTheme="majorHAnsi" w:eastAsiaTheme="majorEastAsia" w:cstheme="majorBidi"/>
      <w:i/>
      <w:iCs/>
      <w:color w:val="404040" w:themeColor="text1" w:themeTint="BF"/>
      <w:sz w:val="20"/>
      <w:szCs w:val="20"/>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styleId="HeaderChar" w:customStyle="1">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styleId="FooterChar" w:customStyle="1">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styleId="Heading1Char" w:customStyle="1">
    <w:name w:val="Heading 1 Char"/>
    <w:basedOn w:val="DefaultParagraphFont"/>
    <w:link w:val="Heading1"/>
    <w:uiPriority w:val="9"/>
    <w:rsid w:val="00FC693F"/>
    <w:rPr>
      <w:rFonts w:asciiTheme="majorHAnsi" w:hAnsiTheme="majorHAnsi" w:eastAsiaTheme="majorEastAsia" w:cstheme="majorBidi"/>
      <w:b/>
      <w:bCs/>
      <w:color w:val="365F91" w:themeColor="accent1" w:themeShade="BF"/>
      <w:sz w:val="28"/>
      <w:szCs w:val="28"/>
    </w:rPr>
  </w:style>
  <w:style w:type="character" w:styleId="Heading2Char" w:customStyle="1">
    <w:name w:val="Heading 2 Char"/>
    <w:basedOn w:val="DefaultParagraphFont"/>
    <w:link w:val="Heading2"/>
    <w:uiPriority w:val="9"/>
    <w:rsid w:val="00FC693F"/>
    <w:rPr>
      <w:rFonts w:asciiTheme="majorHAnsi" w:hAnsiTheme="majorHAnsi" w:eastAsiaTheme="majorEastAsia" w:cstheme="majorBidi"/>
      <w:b/>
      <w:bCs/>
      <w:color w:val="4F81BD" w:themeColor="accent1"/>
      <w:sz w:val="26"/>
      <w:szCs w:val="26"/>
    </w:rPr>
  </w:style>
  <w:style w:type="character" w:styleId="Heading3Char" w:customStyle="1">
    <w:name w:val="Heading 3 Char"/>
    <w:basedOn w:val="DefaultParagraphFont"/>
    <w:link w:val="Heading3"/>
    <w:uiPriority w:val="9"/>
    <w:rsid w:val="00FC693F"/>
    <w:rPr>
      <w:rFonts w:asciiTheme="majorHAnsi" w:hAnsiTheme="majorHAnsi" w:eastAsiaTheme="majorEastAsia" w:cstheme="majorBidi"/>
      <w:b/>
      <w:bCs/>
      <w:color w:val="4F81BD" w:themeColor="accent1"/>
    </w:rPr>
  </w:style>
  <w:style w:type="paragraph" w:styleId="Title">
    <w:name w:val="Title"/>
    <w:basedOn w:val="Normal"/>
    <w:next w:val="Normal"/>
    <w:link w:val="TitleChar"/>
    <w:uiPriority w:val="10"/>
    <w:qFormat/>
    <w:rsid w:val="00FC693F"/>
    <w:pPr>
      <w:pBdr>
        <w:bottom w:val="single" w:color="4F81BD" w:themeColor="accent1" w:sz="8" w:space="4"/>
      </w:pBdr>
      <w:spacing w:after="300" w:line="240" w:lineRule="auto"/>
      <w:contextualSpacing/>
    </w:pPr>
    <w:rPr>
      <w:rFonts w:asciiTheme="majorHAnsi" w:hAnsiTheme="majorHAnsi" w:eastAsiaTheme="majorEastAsia" w:cstheme="majorBidi"/>
      <w:color w:val="17365D" w:themeColor="text2" w:themeShade="BF"/>
      <w:spacing w:val="5"/>
      <w:kern w:val="28"/>
      <w:sz w:val="52"/>
      <w:szCs w:val="52"/>
    </w:rPr>
  </w:style>
  <w:style w:type="character" w:styleId="TitleChar" w:customStyle="1">
    <w:name w:val="Title Char"/>
    <w:basedOn w:val="DefaultParagraphFont"/>
    <w:link w:val="Title"/>
    <w:uiPriority w:val="10"/>
    <w:rsid w:val="00FC693F"/>
    <w:rPr>
      <w:rFonts w:asciiTheme="majorHAnsi" w:hAnsiTheme="majorHAnsi" w:eastAsiaTheme="majorEastAsia"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hAnsiTheme="majorHAnsi" w:eastAsiaTheme="majorEastAsia" w:cstheme="majorBidi"/>
      <w:i/>
      <w:iCs/>
      <w:color w:val="4F81BD" w:themeColor="accent1"/>
      <w:spacing w:val="15"/>
      <w:sz w:val="24"/>
      <w:szCs w:val="24"/>
    </w:rPr>
  </w:style>
  <w:style w:type="character" w:styleId="SubtitleChar" w:customStyle="1">
    <w:name w:val="Subtitle Char"/>
    <w:basedOn w:val="DefaultParagraphFont"/>
    <w:link w:val="Subtitle"/>
    <w:uiPriority w:val="11"/>
    <w:rsid w:val="00FC693F"/>
    <w:rPr>
      <w:rFonts w:asciiTheme="majorHAnsi" w:hAnsiTheme="majorHAnsi" w:eastAsiaTheme="majorEastAsia"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styleId="BodyTextChar" w:customStyle="1">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styleId="BodyText2Char" w:customStyle="1">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styleId="BodyText3Char" w:customStyle="1">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styleId="MacroTextChar" w:customStyle="1">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styleId="QuoteChar" w:customStyle="1">
    <w:name w:val="Quote Char"/>
    <w:basedOn w:val="DefaultParagraphFont"/>
    <w:link w:val="Quote"/>
    <w:uiPriority w:val="29"/>
    <w:rsid w:val="00FC693F"/>
    <w:rPr>
      <w:i/>
      <w:iCs/>
      <w:color w:val="000000" w:themeColor="text1"/>
    </w:rPr>
  </w:style>
  <w:style w:type="character" w:styleId="Heading4Char" w:customStyle="1">
    <w:name w:val="Heading 4 Char"/>
    <w:basedOn w:val="DefaultParagraphFont"/>
    <w:link w:val="Heading4"/>
    <w:uiPriority w:val="9"/>
    <w:semiHidden/>
    <w:rsid w:val="00FC693F"/>
    <w:rPr>
      <w:rFonts w:asciiTheme="majorHAnsi" w:hAnsiTheme="majorHAnsi" w:eastAsiaTheme="majorEastAsia" w:cstheme="majorBidi"/>
      <w:b/>
      <w:bCs/>
      <w:i/>
      <w:iCs/>
      <w:color w:val="4F81BD" w:themeColor="accent1"/>
    </w:rPr>
  </w:style>
  <w:style w:type="character" w:styleId="Heading5Char" w:customStyle="1">
    <w:name w:val="Heading 5 Char"/>
    <w:basedOn w:val="DefaultParagraphFont"/>
    <w:link w:val="Heading5"/>
    <w:uiPriority w:val="9"/>
    <w:semiHidden/>
    <w:rsid w:val="00FC693F"/>
    <w:rPr>
      <w:rFonts w:asciiTheme="majorHAnsi" w:hAnsiTheme="majorHAnsi" w:eastAsiaTheme="majorEastAsia" w:cstheme="majorBidi"/>
      <w:color w:val="243F60" w:themeColor="accent1" w:themeShade="7F"/>
    </w:rPr>
  </w:style>
  <w:style w:type="character" w:styleId="Heading6Char" w:customStyle="1">
    <w:name w:val="Heading 6 Char"/>
    <w:basedOn w:val="DefaultParagraphFont"/>
    <w:link w:val="Heading6"/>
    <w:uiPriority w:val="9"/>
    <w:semiHidden/>
    <w:rsid w:val="00FC693F"/>
    <w:rPr>
      <w:rFonts w:asciiTheme="majorHAnsi" w:hAnsiTheme="majorHAnsi" w:eastAsiaTheme="majorEastAsia" w:cstheme="majorBidi"/>
      <w:i/>
      <w:iCs/>
      <w:color w:val="243F60" w:themeColor="accent1" w:themeShade="7F"/>
    </w:rPr>
  </w:style>
  <w:style w:type="character" w:styleId="Heading7Char" w:customStyle="1">
    <w:name w:val="Heading 7 Char"/>
    <w:basedOn w:val="DefaultParagraphFont"/>
    <w:link w:val="Heading7"/>
    <w:uiPriority w:val="9"/>
    <w:semiHidden/>
    <w:rsid w:val="00FC693F"/>
    <w:rPr>
      <w:rFonts w:asciiTheme="majorHAnsi" w:hAnsiTheme="majorHAnsi" w:eastAsiaTheme="majorEastAsia" w:cstheme="majorBidi"/>
      <w:i/>
      <w:iCs/>
      <w:color w:val="404040" w:themeColor="text1" w:themeTint="BF"/>
    </w:rPr>
  </w:style>
  <w:style w:type="character" w:styleId="Heading8Char" w:customStyle="1">
    <w:name w:val="Heading 8 Char"/>
    <w:basedOn w:val="DefaultParagraphFont"/>
    <w:link w:val="Heading8"/>
    <w:uiPriority w:val="9"/>
    <w:semiHidden/>
    <w:rsid w:val="00FC693F"/>
    <w:rPr>
      <w:rFonts w:asciiTheme="majorHAnsi" w:hAnsiTheme="majorHAnsi" w:eastAsiaTheme="majorEastAsia" w:cstheme="majorBidi"/>
      <w:color w:val="4F81BD" w:themeColor="accent1"/>
      <w:sz w:val="20"/>
      <w:szCs w:val="20"/>
    </w:rPr>
  </w:style>
  <w:style w:type="character" w:styleId="Heading9Char" w:customStyle="1">
    <w:name w:val="Heading 9 Char"/>
    <w:basedOn w:val="DefaultParagraphFont"/>
    <w:link w:val="Heading9"/>
    <w:uiPriority w:val="9"/>
    <w:semiHidden/>
    <w:rsid w:val="00FC693F"/>
    <w:rPr>
      <w:rFonts w:asciiTheme="majorHAnsi" w:hAnsiTheme="majorHAnsi" w:eastAsiaTheme="majorEastAsia"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color="4F81BD" w:themeColor="accent1" w:sz="4" w:space="4"/>
      </w:pBdr>
      <w:spacing w:before="200" w:after="280"/>
      <w:ind w:left="936" w:right="936"/>
    </w:pPr>
    <w:rPr>
      <w:b/>
      <w:bCs/>
      <w:i/>
      <w:iCs/>
      <w:color w:val="4F81BD" w:themeColor="accent1"/>
    </w:rPr>
  </w:style>
  <w:style w:type="character" w:styleId="IntenseQuoteChar" w:customStyle="1">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color="000000" w:themeColor="text1" w:sz="8" w:space="0"/>
        <w:bottom w:val="single" w:color="000000" w:themeColor="text1" w:sz="8" w:space="0"/>
      </w:tblBorders>
    </w:tblPr>
    <w:tblStylePr w:type="fir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lastRow">
      <w:pPr>
        <w:spacing w:before="0" w:after="0" w:line="240" w:lineRule="auto"/>
      </w:pPr>
      <w:rPr>
        <w:b/>
        <w:bCs/>
      </w:rPr>
      <w:tblPr/>
      <w:tcPr>
        <w:tcBorders>
          <w:top w:val="single" w:color="000000" w:themeColor="text1" w:sz="8" w:space="0"/>
          <w:left w:val="nil"/>
          <w:bottom w:val="single" w:color="000000" w:themeColor="tex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color="4F81BD" w:themeColor="accent1" w:sz="8" w:space="0"/>
        <w:bottom w:val="single" w:color="4F81BD" w:themeColor="accent1" w:sz="8" w:space="0"/>
      </w:tblBorders>
    </w:tblPr>
    <w:tblStylePr w:type="fir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lastRow">
      <w:pPr>
        <w:spacing w:before="0" w:after="0" w:line="240" w:lineRule="auto"/>
      </w:pPr>
      <w:rPr>
        <w:b/>
        <w:bCs/>
      </w:rPr>
      <w:tblPr/>
      <w:tcPr>
        <w:tcBorders>
          <w:top w:val="single" w:color="4F81BD" w:themeColor="accent1" w:sz="8" w:space="0"/>
          <w:left w:val="nil"/>
          <w:bottom w:val="single" w:color="4F81BD" w:themeColor="accent1"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color="C0504D" w:themeColor="accent2" w:sz="8" w:space="0"/>
        <w:bottom w:val="single" w:color="C0504D" w:themeColor="accent2" w:sz="8" w:space="0"/>
      </w:tblBorders>
    </w:tblPr>
    <w:tblStylePr w:type="fir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lastRow">
      <w:pPr>
        <w:spacing w:before="0" w:after="0" w:line="240" w:lineRule="auto"/>
      </w:pPr>
      <w:rPr>
        <w:b/>
        <w:bCs/>
      </w:rPr>
      <w:tblPr/>
      <w:tcPr>
        <w:tcBorders>
          <w:top w:val="single" w:color="C0504D" w:themeColor="accent2" w:sz="8" w:space="0"/>
          <w:left w:val="nil"/>
          <w:bottom w:val="single" w:color="C0504D" w:themeColor="accent2"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color="9BBB59" w:themeColor="accent3" w:sz="8" w:space="0"/>
        <w:bottom w:val="single" w:color="9BBB59" w:themeColor="accent3" w:sz="8" w:space="0"/>
      </w:tblBorders>
    </w:tblPr>
    <w:tblStylePr w:type="fir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lastRow">
      <w:pPr>
        <w:spacing w:before="0" w:after="0" w:line="240" w:lineRule="auto"/>
      </w:pPr>
      <w:rPr>
        <w:b/>
        <w:bCs/>
      </w:rPr>
      <w:tblPr/>
      <w:tcPr>
        <w:tcBorders>
          <w:top w:val="single" w:color="9BBB59" w:themeColor="accent3" w:sz="8" w:space="0"/>
          <w:left w:val="nil"/>
          <w:bottom w:val="single" w:color="9BBB59" w:themeColor="accent3"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color="8064A2" w:themeColor="accent4" w:sz="8" w:space="0"/>
        <w:bottom w:val="single" w:color="8064A2" w:themeColor="accent4" w:sz="8" w:space="0"/>
      </w:tblBorders>
    </w:tblPr>
    <w:tblStylePr w:type="fir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lastRow">
      <w:pPr>
        <w:spacing w:before="0" w:after="0" w:line="240" w:lineRule="auto"/>
      </w:pPr>
      <w:rPr>
        <w:b/>
        <w:bCs/>
      </w:rPr>
      <w:tblPr/>
      <w:tcPr>
        <w:tcBorders>
          <w:top w:val="single" w:color="8064A2" w:themeColor="accent4" w:sz="8" w:space="0"/>
          <w:left w:val="nil"/>
          <w:bottom w:val="single" w:color="8064A2" w:themeColor="accent4"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color="4BACC6" w:themeColor="accent5" w:sz="8" w:space="0"/>
        <w:bottom w:val="single" w:color="4BACC6" w:themeColor="accent5" w:sz="8" w:space="0"/>
      </w:tblBorders>
    </w:tblPr>
    <w:tblStylePr w:type="fir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lastRow">
      <w:pPr>
        <w:spacing w:before="0" w:after="0" w:line="240" w:lineRule="auto"/>
      </w:pPr>
      <w:rPr>
        <w:b/>
        <w:bCs/>
      </w:rPr>
      <w:tblPr/>
      <w:tcPr>
        <w:tcBorders>
          <w:top w:val="single" w:color="4BACC6" w:themeColor="accent5" w:sz="8" w:space="0"/>
          <w:left w:val="nil"/>
          <w:bottom w:val="single" w:color="4BACC6" w:themeColor="accent5"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color="F79646" w:themeColor="accent6" w:sz="8" w:space="0"/>
        <w:bottom w:val="single" w:color="F79646" w:themeColor="accent6" w:sz="8" w:space="0"/>
      </w:tblBorders>
    </w:tblPr>
    <w:tblStylePr w:type="fir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lastRow">
      <w:pPr>
        <w:spacing w:before="0" w:after="0" w:line="240" w:lineRule="auto"/>
      </w:pPr>
      <w:rPr>
        <w:b/>
        <w:bCs/>
      </w:rPr>
      <w:tblPr/>
      <w:tcPr>
        <w:tcBorders>
          <w:top w:val="single" w:color="F79646" w:themeColor="accent6" w:sz="8" w:space="0"/>
          <w:left w:val="nil"/>
          <w:bottom w:val="single" w:color="F79646" w:themeColor="accent6" w:sz="8" w:space="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tcBorders>
      </w:tcPr>
    </w:tblStylePr>
    <w:tblStylePr w:type="firstCol">
      <w:rPr>
        <w:b/>
        <w:bCs/>
      </w:rPr>
    </w:tblStylePr>
    <w:tblStylePr w:type="lastCol">
      <w:rPr>
        <w:b/>
        <w:bCs/>
      </w:r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tcBorders>
      </w:tcPr>
    </w:tblStylePr>
    <w:tblStylePr w:type="firstCol">
      <w:rPr>
        <w:b/>
        <w:bCs/>
      </w:rPr>
    </w:tblStylePr>
    <w:tblStylePr w:type="lastCol">
      <w:rPr>
        <w:b/>
        <w:bCs/>
      </w:r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tcBorders>
      </w:tcPr>
    </w:tblStylePr>
    <w:tblStylePr w:type="firstCol">
      <w:rPr>
        <w:b/>
        <w:bCs/>
      </w:rPr>
    </w:tblStylePr>
    <w:tblStylePr w:type="lastCol">
      <w:rPr>
        <w:b/>
        <w:bCs/>
      </w:r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tcBorders>
      </w:tcPr>
    </w:tblStylePr>
    <w:tblStylePr w:type="firstCol">
      <w:rPr>
        <w:b/>
        <w:bCs/>
      </w:rPr>
    </w:tblStylePr>
    <w:tblStylePr w:type="lastCol">
      <w:rPr>
        <w:b/>
        <w:bCs/>
      </w:r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tcBorders>
      </w:tcPr>
    </w:tblStylePr>
    <w:tblStylePr w:type="firstCol">
      <w:rPr>
        <w:b/>
        <w:bCs/>
      </w:rPr>
    </w:tblStylePr>
    <w:tblStylePr w:type="lastCol">
      <w:rPr>
        <w:b/>
        <w:bCs/>
      </w:r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tcBorders>
      </w:tcPr>
    </w:tblStylePr>
    <w:tblStylePr w:type="firstCol">
      <w:rPr>
        <w:b/>
        <w:bCs/>
      </w:rPr>
    </w:tblStylePr>
    <w:tblStylePr w:type="lastCol">
      <w:rPr>
        <w:b/>
        <w:bCs/>
      </w:r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tcBorders>
      </w:tcPr>
    </w:tblStylePr>
    <w:tblStylePr w:type="firstCol">
      <w:rPr>
        <w:b/>
        <w:bCs/>
      </w:rPr>
    </w:tblStylePr>
    <w:tblStylePr w:type="lastCol">
      <w:rPr>
        <w:b/>
        <w:bCs/>
      </w:r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18" w:space="0"/>
          <w:right w:val="single" w:color="000000" w:themeColor="text1" w:sz="8" w:space="0"/>
          <w:insideH w:val="nil"/>
          <w:insideV w:val="single" w:color="000000" w:themeColor="tex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000000" w:themeColor="text1" w:sz="6" w:space="0"/>
          <w:left w:val="single" w:color="000000" w:themeColor="text1" w:sz="8" w:space="0"/>
          <w:bottom w:val="single" w:color="000000" w:themeColor="text1" w:sz="8" w:space="0"/>
          <w:right w:val="single" w:color="000000" w:themeColor="text1" w:sz="8" w:space="0"/>
          <w:insideH w:val="nil"/>
          <w:insideV w:val="single" w:color="000000" w:themeColor="tex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000000" w:themeColor="text1" w:sz="8" w:space="0"/>
          <w:left w:val="single" w:color="000000" w:themeColor="text1" w:sz="8" w:space="0"/>
          <w:bottom w:val="single" w:color="000000" w:themeColor="text1" w:sz="8" w:space="0"/>
          <w:right w:val="single" w:color="000000" w:themeColor="text1" w:sz="8" w:space="0"/>
        </w:tcBorders>
      </w:tcPr>
    </w:tblStylePr>
    <w:tblStylePr w:type="band1Vert">
      <w:tblPr/>
      <w:tcPr>
        <w:tcBorders>
          <w:top w:val="single" w:color="000000" w:themeColor="text1" w:sz="8" w:space="0"/>
          <w:left w:val="single" w:color="000000" w:themeColor="text1" w:sz="8" w:space="0"/>
          <w:bottom w:val="single" w:color="000000" w:themeColor="text1" w:sz="8" w:space="0"/>
          <w:right w:val="single" w:color="000000" w:themeColor="text1" w:sz="8" w:space="0"/>
        </w:tcBorders>
        <w:shd w:val="clear" w:color="auto" w:fill="C0C0C0" w:themeFill="text1" w:themeFillTint="3F"/>
      </w:tcPr>
    </w:tblStylePr>
    <w:tblStylePr w:type="band1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shd w:val="clear" w:color="auto" w:fill="C0C0C0" w:themeFill="text1" w:themeFillTint="3F"/>
      </w:tcPr>
    </w:tblStylePr>
    <w:tblStylePr w:type="band2Horz">
      <w:tblPr/>
      <w:tcPr>
        <w:tcBorders>
          <w:top w:val="single" w:color="000000" w:themeColor="text1" w:sz="8" w:space="0"/>
          <w:left w:val="single" w:color="000000" w:themeColor="text1" w:sz="8" w:space="0"/>
          <w:bottom w:val="single" w:color="000000" w:themeColor="text1" w:sz="8" w:space="0"/>
          <w:right w:val="single" w:color="000000" w:themeColor="text1" w:sz="8" w:space="0"/>
          <w:insideV w:val="single" w:color="000000" w:themeColor="text1" w:sz="8" w:space="0"/>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18" w:space="0"/>
          <w:right w:val="single" w:color="4F81BD" w:themeColor="accent1" w:sz="8" w:space="0"/>
          <w:insideH w:val="nil"/>
          <w:insideV w:val="single" w:color="4F81BD" w:themeColor="accent1"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F81BD" w:themeColor="accent1" w:sz="6" w:space="0"/>
          <w:left w:val="single" w:color="4F81BD" w:themeColor="accent1" w:sz="8" w:space="0"/>
          <w:bottom w:val="single" w:color="4F81BD" w:themeColor="accent1" w:sz="8" w:space="0"/>
          <w:right w:val="single" w:color="4F81BD" w:themeColor="accent1" w:sz="8" w:space="0"/>
          <w:insideH w:val="nil"/>
          <w:insideV w:val="single" w:color="4F81BD" w:themeColor="accent1"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tcPr>
    </w:tblStylePr>
    <w:tblStylePr w:type="band1Vert">
      <w:tblPr/>
      <w:tcPr>
        <w:tcBorders>
          <w:top w:val="single" w:color="4F81BD" w:themeColor="accent1" w:sz="8" w:space="0"/>
          <w:left w:val="single" w:color="4F81BD" w:themeColor="accent1" w:sz="8" w:space="0"/>
          <w:bottom w:val="single" w:color="4F81BD" w:themeColor="accent1" w:sz="8" w:space="0"/>
          <w:right w:val="single" w:color="4F81BD" w:themeColor="accent1" w:sz="8" w:space="0"/>
        </w:tcBorders>
        <w:shd w:val="clear" w:color="auto" w:fill="D3DFEE" w:themeFill="accent1" w:themeFillTint="3F"/>
      </w:tcPr>
    </w:tblStylePr>
    <w:tblStylePr w:type="band1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shd w:val="clear" w:color="auto" w:fill="D3DFEE" w:themeFill="accent1" w:themeFillTint="3F"/>
      </w:tcPr>
    </w:tblStylePr>
    <w:tblStylePr w:type="band2Horz">
      <w:tblPr/>
      <w:tcPr>
        <w:tcBorders>
          <w:top w:val="single" w:color="4F81BD" w:themeColor="accent1" w:sz="8" w:space="0"/>
          <w:left w:val="single" w:color="4F81BD" w:themeColor="accent1" w:sz="8" w:space="0"/>
          <w:bottom w:val="single" w:color="4F81BD" w:themeColor="accent1" w:sz="8" w:space="0"/>
          <w:right w:val="single" w:color="4F81BD" w:themeColor="accent1" w:sz="8" w:space="0"/>
          <w:insideV w:val="single" w:color="4F81BD" w:themeColor="accent1" w:sz="8" w:space="0"/>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18" w:space="0"/>
          <w:right w:val="single" w:color="C0504D" w:themeColor="accent2" w:sz="8" w:space="0"/>
          <w:insideH w:val="nil"/>
          <w:insideV w:val="single" w:color="C0504D" w:themeColor="accent2"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C0504D" w:themeColor="accent2" w:sz="6" w:space="0"/>
          <w:left w:val="single" w:color="C0504D" w:themeColor="accent2" w:sz="8" w:space="0"/>
          <w:bottom w:val="single" w:color="C0504D" w:themeColor="accent2" w:sz="8" w:space="0"/>
          <w:right w:val="single" w:color="C0504D" w:themeColor="accent2" w:sz="8" w:space="0"/>
          <w:insideH w:val="nil"/>
          <w:insideV w:val="single" w:color="C0504D" w:themeColor="accent2"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tcPr>
    </w:tblStylePr>
    <w:tblStylePr w:type="band1Vert">
      <w:tblPr/>
      <w:tcPr>
        <w:tcBorders>
          <w:top w:val="single" w:color="C0504D" w:themeColor="accent2" w:sz="8" w:space="0"/>
          <w:left w:val="single" w:color="C0504D" w:themeColor="accent2" w:sz="8" w:space="0"/>
          <w:bottom w:val="single" w:color="C0504D" w:themeColor="accent2" w:sz="8" w:space="0"/>
          <w:right w:val="single" w:color="C0504D" w:themeColor="accent2" w:sz="8" w:space="0"/>
        </w:tcBorders>
        <w:shd w:val="clear" w:color="auto" w:fill="EFD3D2" w:themeFill="accent2" w:themeFillTint="3F"/>
      </w:tcPr>
    </w:tblStylePr>
    <w:tblStylePr w:type="band1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shd w:val="clear" w:color="auto" w:fill="EFD3D2" w:themeFill="accent2" w:themeFillTint="3F"/>
      </w:tcPr>
    </w:tblStylePr>
    <w:tblStylePr w:type="band2Horz">
      <w:tblPr/>
      <w:tcPr>
        <w:tcBorders>
          <w:top w:val="single" w:color="C0504D" w:themeColor="accent2" w:sz="8" w:space="0"/>
          <w:left w:val="single" w:color="C0504D" w:themeColor="accent2" w:sz="8" w:space="0"/>
          <w:bottom w:val="single" w:color="C0504D" w:themeColor="accent2" w:sz="8" w:space="0"/>
          <w:right w:val="single" w:color="C0504D" w:themeColor="accent2" w:sz="8" w:space="0"/>
          <w:insideV w:val="single" w:color="C0504D" w:themeColor="accent2" w:sz="8" w:space="0"/>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18" w:space="0"/>
          <w:right w:val="single" w:color="9BBB59" w:themeColor="accent3" w:sz="8" w:space="0"/>
          <w:insideH w:val="nil"/>
          <w:insideV w:val="single" w:color="9BBB59" w:themeColor="accent3"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9BBB59" w:themeColor="accent3" w:sz="6" w:space="0"/>
          <w:left w:val="single" w:color="9BBB59" w:themeColor="accent3" w:sz="8" w:space="0"/>
          <w:bottom w:val="single" w:color="9BBB59" w:themeColor="accent3" w:sz="8" w:space="0"/>
          <w:right w:val="single" w:color="9BBB59" w:themeColor="accent3" w:sz="8" w:space="0"/>
          <w:insideH w:val="nil"/>
          <w:insideV w:val="single" w:color="9BBB59" w:themeColor="accent3"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tcPr>
    </w:tblStylePr>
    <w:tblStylePr w:type="band1Vert">
      <w:tblPr/>
      <w:tcPr>
        <w:tcBorders>
          <w:top w:val="single" w:color="9BBB59" w:themeColor="accent3" w:sz="8" w:space="0"/>
          <w:left w:val="single" w:color="9BBB59" w:themeColor="accent3" w:sz="8" w:space="0"/>
          <w:bottom w:val="single" w:color="9BBB59" w:themeColor="accent3" w:sz="8" w:space="0"/>
          <w:right w:val="single" w:color="9BBB59" w:themeColor="accent3" w:sz="8" w:space="0"/>
        </w:tcBorders>
        <w:shd w:val="clear" w:color="auto" w:fill="E6EED5" w:themeFill="accent3" w:themeFillTint="3F"/>
      </w:tcPr>
    </w:tblStylePr>
    <w:tblStylePr w:type="band1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shd w:val="clear" w:color="auto" w:fill="E6EED5" w:themeFill="accent3" w:themeFillTint="3F"/>
      </w:tcPr>
    </w:tblStylePr>
    <w:tblStylePr w:type="band2Horz">
      <w:tblPr/>
      <w:tcPr>
        <w:tcBorders>
          <w:top w:val="single" w:color="9BBB59" w:themeColor="accent3" w:sz="8" w:space="0"/>
          <w:left w:val="single" w:color="9BBB59" w:themeColor="accent3" w:sz="8" w:space="0"/>
          <w:bottom w:val="single" w:color="9BBB59" w:themeColor="accent3" w:sz="8" w:space="0"/>
          <w:right w:val="single" w:color="9BBB59" w:themeColor="accent3" w:sz="8" w:space="0"/>
          <w:insideV w:val="single" w:color="9BBB59" w:themeColor="accent3" w:sz="8" w:space="0"/>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18" w:space="0"/>
          <w:right w:val="single" w:color="8064A2" w:themeColor="accent4" w:sz="8" w:space="0"/>
          <w:insideH w:val="nil"/>
          <w:insideV w:val="single" w:color="8064A2" w:themeColor="accent4"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8064A2" w:themeColor="accent4" w:sz="6" w:space="0"/>
          <w:left w:val="single" w:color="8064A2" w:themeColor="accent4" w:sz="8" w:space="0"/>
          <w:bottom w:val="single" w:color="8064A2" w:themeColor="accent4" w:sz="8" w:space="0"/>
          <w:right w:val="single" w:color="8064A2" w:themeColor="accent4" w:sz="8" w:space="0"/>
          <w:insideH w:val="nil"/>
          <w:insideV w:val="single" w:color="8064A2" w:themeColor="accent4"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tcPr>
    </w:tblStylePr>
    <w:tblStylePr w:type="band1Vert">
      <w:tblPr/>
      <w:tcPr>
        <w:tcBorders>
          <w:top w:val="single" w:color="8064A2" w:themeColor="accent4" w:sz="8" w:space="0"/>
          <w:left w:val="single" w:color="8064A2" w:themeColor="accent4" w:sz="8" w:space="0"/>
          <w:bottom w:val="single" w:color="8064A2" w:themeColor="accent4" w:sz="8" w:space="0"/>
          <w:right w:val="single" w:color="8064A2" w:themeColor="accent4" w:sz="8" w:space="0"/>
        </w:tcBorders>
        <w:shd w:val="clear" w:color="auto" w:fill="DFD8E8" w:themeFill="accent4" w:themeFillTint="3F"/>
      </w:tcPr>
    </w:tblStylePr>
    <w:tblStylePr w:type="band1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shd w:val="clear" w:color="auto" w:fill="DFD8E8" w:themeFill="accent4" w:themeFillTint="3F"/>
      </w:tcPr>
    </w:tblStylePr>
    <w:tblStylePr w:type="band2Horz">
      <w:tblPr/>
      <w:tcPr>
        <w:tcBorders>
          <w:top w:val="single" w:color="8064A2" w:themeColor="accent4" w:sz="8" w:space="0"/>
          <w:left w:val="single" w:color="8064A2" w:themeColor="accent4" w:sz="8" w:space="0"/>
          <w:bottom w:val="single" w:color="8064A2" w:themeColor="accent4" w:sz="8" w:space="0"/>
          <w:right w:val="single" w:color="8064A2" w:themeColor="accent4" w:sz="8" w:space="0"/>
          <w:insideV w:val="single" w:color="8064A2" w:themeColor="accent4" w:sz="8" w:space="0"/>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18" w:space="0"/>
          <w:right w:val="single" w:color="4BACC6" w:themeColor="accent5" w:sz="8" w:space="0"/>
          <w:insideH w:val="nil"/>
          <w:insideV w:val="single" w:color="4BACC6" w:themeColor="accent5"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4BACC6" w:themeColor="accent5" w:sz="6" w:space="0"/>
          <w:left w:val="single" w:color="4BACC6" w:themeColor="accent5" w:sz="8" w:space="0"/>
          <w:bottom w:val="single" w:color="4BACC6" w:themeColor="accent5" w:sz="8" w:space="0"/>
          <w:right w:val="single" w:color="4BACC6" w:themeColor="accent5" w:sz="8" w:space="0"/>
          <w:insideH w:val="nil"/>
          <w:insideV w:val="single" w:color="4BACC6" w:themeColor="accent5"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tcPr>
    </w:tblStylePr>
    <w:tblStylePr w:type="band1Vert">
      <w:tblPr/>
      <w:tcPr>
        <w:tcBorders>
          <w:top w:val="single" w:color="4BACC6" w:themeColor="accent5" w:sz="8" w:space="0"/>
          <w:left w:val="single" w:color="4BACC6" w:themeColor="accent5" w:sz="8" w:space="0"/>
          <w:bottom w:val="single" w:color="4BACC6" w:themeColor="accent5" w:sz="8" w:space="0"/>
          <w:right w:val="single" w:color="4BACC6" w:themeColor="accent5" w:sz="8" w:space="0"/>
        </w:tcBorders>
        <w:shd w:val="clear" w:color="auto" w:fill="D2EAF1" w:themeFill="accent5" w:themeFillTint="3F"/>
      </w:tcPr>
    </w:tblStylePr>
    <w:tblStylePr w:type="band1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shd w:val="clear" w:color="auto" w:fill="D2EAF1" w:themeFill="accent5" w:themeFillTint="3F"/>
      </w:tcPr>
    </w:tblStylePr>
    <w:tblStylePr w:type="band2Horz">
      <w:tblPr/>
      <w:tcPr>
        <w:tcBorders>
          <w:top w:val="single" w:color="4BACC6" w:themeColor="accent5" w:sz="8" w:space="0"/>
          <w:left w:val="single" w:color="4BACC6" w:themeColor="accent5" w:sz="8" w:space="0"/>
          <w:bottom w:val="single" w:color="4BACC6" w:themeColor="accent5" w:sz="8" w:space="0"/>
          <w:right w:val="single" w:color="4BACC6" w:themeColor="accent5" w:sz="8" w:space="0"/>
          <w:insideV w:val="single" w:color="4BACC6" w:themeColor="accent5" w:sz="8" w:space="0"/>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blStylePr w:type="firstRow">
      <w:pPr>
        <w:spacing w:before="0" w:after="0" w:line="240" w:lineRule="auto"/>
      </w:pPr>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18" w:space="0"/>
          <w:right w:val="single" w:color="F79646" w:themeColor="accent6" w:sz="8" w:space="0"/>
          <w:insideH w:val="nil"/>
          <w:insideV w:val="single" w:color="F79646" w:themeColor="accent6" w:sz="8" w:space="0"/>
        </w:tcBorders>
      </w:tcPr>
    </w:tblStylePr>
    <w:tblStylePr w:type="lastRow">
      <w:pPr>
        <w:spacing w:before="0" w:after="0" w:line="240" w:lineRule="auto"/>
      </w:pPr>
      <w:rPr>
        <w:rFonts w:asciiTheme="majorHAnsi" w:hAnsiTheme="majorHAnsi" w:eastAsiaTheme="majorEastAsia" w:cstheme="majorBidi"/>
        <w:b/>
        <w:bCs/>
      </w:rPr>
      <w:tblPr/>
      <w:tcPr>
        <w:tcBorders>
          <w:top w:val="double" w:color="F79646" w:themeColor="accent6" w:sz="6" w:space="0"/>
          <w:left w:val="single" w:color="F79646" w:themeColor="accent6" w:sz="8" w:space="0"/>
          <w:bottom w:val="single" w:color="F79646" w:themeColor="accent6" w:sz="8" w:space="0"/>
          <w:right w:val="single" w:color="F79646" w:themeColor="accent6" w:sz="8" w:space="0"/>
          <w:insideH w:val="nil"/>
          <w:insideV w:val="single" w:color="F79646" w:themeColor="accent6" w:sz="8" w:space="0"/>
        </w:tcBorders>
      </w:tcPr>
    </w:tblStylePr>
    <w:tblStylePr w:type="firstCol">
      <w:rPr>
        <w:rFonts w:asciiTheme="majorHAnsi" w:hAnsiTheme="majorHAnsi" w:eastAsiaTheme="majorEastAsia" w:cstheme="majorBidi"/>
        <w:b/>
        <w:bCs/>
      </w:rPr>
    </w:tblStylePr>
    <w:tblStylePr w:type="lastCol">
      <w:rPr>
        <w:rFonts w:asciiTheme="majorHAnsi" w:hAnsiTheme="majorHAnsi" w:eastAsiaTheme="majorEastAsia" w:cstheme="majorBidi"/>
        <w:b/>
        <w:bCs/>
      </w:rPr>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tcPr>
    </w:tblStylePr>
    <w:tblStylePr w:type="band1Vert">
      <w:tblPr/>
      <w:tcPr>
        <w:tcBorders>
          <w:top w:val="single" w:color="F79646" w:themeColor="accent6" w:sz="8" w:space="0"/>
          <w:left w:val="single" w:color="F79646" w:themeColor="accent6" w:sz="8" w:space="0"/>
          <w:bottom w:val="single" w:color="F79646" w:themeColor="accent6" w:sz="8" w:space="0"/>
          <w:right w:val="single" w:color="F79646" w:themeColor="accent6" w:sz="8" w:space="0"/>
        </w:tcBorders>
        <w:shd w:val="clear" w:color="auto" w:fill="FDE4D0" w:themeFill="accent6" w:themeFillTint="3F"/>
      </w:tcPr>
    </w:tblStylePr>
    <w:tblStylePr w:type="band1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shd w:val="clear" w:color="auto" w:fill="FDE4D0" w:themeFill="accent6" w:themeFillTint="3F"/>
      </w:tcPr>
    </w:tblStylePr>
    <w:tblStylePr w:type="band2Horz">
      <w:tblPr/>
      <w:tcPr>
        <w:tcBorders>
          <w:top w:val="single" w:color="F79646" w:themeColor="accent6" w:sz="8" w:space="0"/>
          <w:left w:val="single" w:color="F79646" w:themeColor="accent6" w:sz="8" w:space="0"/>
          <w:bottom w:val="single" w:color="F79646" w:themeColor="accent6" w:sz="8" w:space="0"/>
          <w:right w:val="single" w:color="F79646" w:themeColor="accent6" w:sz="8" w:space="0"/>
          <w:insideV w:val="single" w:color="F79646" w:themeColor="accent6" w:sz="8" w:space="0"/>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tblBorders>
    </w:tblPr>
    <w:tblStylePr w:type="firstRow">
      <w:pPr>
        <w:spacing w:before="0" w:after="0" w:line="240" w:lineRule="auto"/>
      </w:pPr>
      <w:rPr>
        <w:b/>
        <w:bCs/>
        <w:color w:val="FFFFFF" w:themeColor="background1"/>
      </w:rPr>
      <w:tblPr/>
      <w:tcPr>
        <w:tc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nil"/>
          <w:insideV w:val="nil"/>
        </w:tcBorders>
        <w:shd w:val="clear" w:color="auto" w:fill="000000" w:themeFill="text1"/>
      </w:tcPr>
    </w:tblStylePr>
    <w:tblStylePr w:type="lastRow">
      <w:pPr>
        <w:spacing w:before="0" w:after="0" w:line="240" w:lineRule="auto"/>
      </w:pPr>
      <w:rPr>
        <w:b/>
        <w:bCs/>
      </w:rPr>
      <w:tblPr/>
      <w:tcPr>
        <w:tcBorders>
          <w:top w:val="double" w:color="404040" w:themeColor="text1" w:themeTint="BF" w:sz="6" w:space="0"/>
          <w:left w:val="single" w:color="404040" w:themeColor="text1" w:themeTint="BF" w:sz="8" w:space="0"/>
          <w:bottom w:val="single" w:color="404040" w:themeColor="text1" w:themeTint="BF" w:sz="8" w:space="0"/>
          <w:right w:val="single" w:color="404040" w:themeColor="text1" w:themeTint="BF" w:sz="8" w:space="0"/>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tblBorders>
    </w:tblPr>
    <w:tblStylePr w:type="firstRow">
      <w:pPr>
        <w:spacing w:before="0" w:after="0" w:line="240" w:lineRule="auto"/>
      </w:pPr>
      <w:rPr>
        <w:b/>
        <w:bCs/>
        <w:color w:val="FFFFFF" w:themeColor="background1"/>
      </w:rPr>
      <w:tblPr/>
      <w:tcPr>
        <w:tc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shd w:val="clear" w:color="auto" w:fill="4F81BD" w:themeFill="accent1"/>
      </w:tcPr>
    </w:tblStylePr>
    <w:tblStylePr w:type="lastRow">
      <w:pPr>
        <w:spacing w:before="0" w:after="0" w:line="240" w:lineRule="auto"/>
      </w:pPr>
      <w:rPr>
        <w:b/>
        <w:bCs/>
      </w:rPr>
      <w:tblPr/>
      <w:tcPr>
        <w:tcBorders>
          <w:top w:val="double" w:color="7BA0CD" w:themeColor="accent1" w:themeTint="BF" w:sz="6" w:space="0"/>
          <w:left w:val="single" w:color="7BA0CD" w:themeColor="accent1" w:themeTint="BF" w:sz="8" w:space="0"/>
          <w:bottom w:val="single" w:color="7BA0CD" w:themeColor="accent1" w:themeTint="BF" w:sz="8" w:space="0"/>
          <w:right w:val="single" w:color="7BA0CD" w:themeColor="accent1" w:themeTint="BF" w:sz="8" w:space="0"/>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tblBorders>
    </w:tblPr>
    <w:tblStylePr w:type="firstRow">
      <w:pPr>
        <w:spacing w:before="0" w:after="0" w:line="240" w:lineRule="auto"/>
      </w:pPr>
      <w:rPr>
        <w:b/>
        <w:bCs/>
        <w:color w:val="FFFFFF" w:themeColor="background1"/>
      </w:rPr>
      <w:tblPr/>
      <w:tcPr>
        <w:tc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shd w:val="clear" w:color="auto" w:fill="C0504D" w:themeFill="accent2"/>
      </w:tcPr>
    </w:tblStylePr>
    <w:tblStylePr w:type="lastRow">
      <w:pPr>
        <w:spacing w:before="0" w:after="0" w:line="240" w:lineRule="auto"/>
      </w:pPr>
      <w:rPr>
        <w:b/>
        <w:bCs/>
      </w:rPr>
      <w:tblPr/>
      <w:tcPr>
        <w:tcBorders>
          <w:top w:val="double" w:color="CF7B79" w:themeColor="accent2" w:themeTint="BF" w:sz="6" w:space="0"/>
          <w:left w:val="single" w:color="CF7B79" w:themeColor="accent2" w:themeTint="BF" w:sz="8" w:space="0"/>
          <w:bottom w:val="single" w:color="CF7B79" w:themeColor="accent2" w:themeTint="BF" w:sz="8" w:space="0"/>
          <w:right w:val="single" w:color="CF7B79" w:themeColor="accent2" w:themeTint="BF" w:sz="8" w:space="0"/>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tblBorders>
    </w:tblPr>
    <w:tblStylePr w:type="firstRow">
      <w:pPr>
        <w:spacing w:before="0" w:after="0" w:line="240" w:lineRule="auto"/>
      </w:pPr>
      <w:rPr>
        <w:b/>
        <w:bCs/>
        <w:color w:val="FFFFFF" w:themeColor="background1"/>
      </w:rPr>
      <w:tblPr/>
      <w:tcPr>
        <w:tc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shd w:val="clear" w:color="auto" w:fill="9BBB59" w:themeFill="accent3"/>
      </w:tcPr>
    </w:tblStylePr>
    <w:tblStylePr w:type="lastRow">
      <w:pPr>
        <w:spacing w:before="0" w:after="0" w:line="240" w:lineRule="auto"/>
      </w:pPr>
      <w:rPr>
        <w:b/>
        <w:bCs/>
      </w:rPr>
      <w:tblPr/>
      <w:tcPr>
        <w:tcBorders>
          <w:top w:val="double" w:color="B3CC82" w:themeColor="accent3" w:themeTint="BF" w:sz="6" w:space="0"/>
          <w:left w:val="single" w:color="B3CC82" w:themeColor="accent3" w:themeTint="BF" w:sz="8" w:space="0"/>
          <w:bottom w:val="single" w:color="B3CC82" w:themeColor="accent3" w:themeTint="BF" w:sz="8" w:space="0"/>
          <w:right w:val="single" w:color="B3CC82" w:themeColor="accent3" w:themeTint="BF" w:sz="8" w:space="0"/>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tblBorders>
    </w:tblPr>
    <w:tblStylePr w:type="firstRow">
      <w:pPr>
        <w:spacing w:before="0" w:after="0" w:line="240" w:lineRule="auto"/>
      </w:pPr>
      <w:rPr>
        <w:b/>
        <w:bCs/>
        <w:color w:val="FFFFFF" w:themeColor="background1"/>
      </w:rPr>
      <w:tblPr/>
      <w:tcPr>
        <w:tc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shd w:val="clear" w:color="auto" w:fill="8064A2" w:themeFill="accent4"/>
      </w:tcPr>
    </w:tblStylePr>
    <w:tblStylePr w:type="lastRow">
      <w:pPr>
        <w:spacing w:before="0" w:after="0" w:line="240" w:lineRule="auto"/>
      </w:pPr>
      <w:rPr>
        <w:b/>
        <w:bCs/>
      </w:rPr>
      <w:tblPr/>
      <w:tcPr>
        <w:tcBorders>
          <w:top w:val="double" w:color="9F8AB9" w:themeColor="accent4" w:themeTint="BF" w:sz="6" w:space="0"/>
          <w:left w:val="single" w:color="9F8AB9" w:themeColor="accent4" w:themeTint="BF" w:sz="8" w:space="0"/>
          <w:bottom w:val="single" w:color="9F8AB9" w:themeColor="accent4" w:themeTint="BF" w:sz="8" w:space="0"/>
          <w:right w:val="single" w:color="9F8AB9" w:themeColor="accent4" w:themeTint="BF" w:sz="8" w:space="0"/>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tblBorders>
    </w:tblPr>
    <w:tblStylePr w:type="firstRow">
      <w:pPr>
        <w:spacing w:before="0" w:after="0" w:line="240" w:lineRule="auto"/>
      </w:pPr>
      <w:rPr>
        <w:b/>
        <w:bCs/>
        <w:color w:val="FFFFFF" w:themeColor="background1"/>
      </w:rPr>
      <w:tblPr/>
      <w:tcPr>
        <w:tc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shd w:val="clear" w:color="auto" w:fill="4BACC6" w:themeFill="accent5"/>
      </w:tcPr>
    </w:tblStylePr>
    <w:tblStylePr w:type="lastRow">
      <w:pPr>
        <w:spacing w:before="0" w:after="0" w:line="240" w:lineRule="auto"/>
      </w:pPr>
      <w:rPr>
        <w:b/>
        <w:bCs/>
      </w:rPr>
      <w:tblPr/>
      <w:tcPr>
        <w:tcBorders>
          <w:top w:val="double" w:color="78C0D4" w:themeColor="accent5" w:themeTint="BF" w:sz="6" w:space="0"/>
          <w:left w:val="single" w:color="78C0D4" w:themeColor="accent5" w:themeTint="BF" w:sz="8" w:space="0"/>
          <w:bottom w:val="single" w:color="78C0D4" w:themeColor="accent5" w:themeTint="BF" w:sz="8" w:space="0"/>
          <w:right w:val="single" w:color="78C0D4" w:themeColor="accent5" w:themeTint="BF" w:sz="8" w:space="0"/>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tblBorders>
    </w:tblPr>
    <w:tblStylePr w:type="firstRow">
      <w:pPr>
        <w:spacing w:before="0" w:after="0" w:line="240" w:lineRule="auto"/>
      </w:pPr>
      <w:rPr>
        <w:b/>
        <w:bCs/>
        <w:color w:val="FFFFFF" w:themeColor="background1"/>
      </w:rPr>
      <w:tblPr/>
      <w:tcPr>
        <w:tc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shd w:val="clear" w:color="auto" w:fill="F79646" w:themeFill="accent6"/>
      </w:tcPr>
    </w:tblStylePr>
    <w:tblStylePr w:type="lastRow">
      <w:pPr>
        <w:spacing w:before="0" w:after="0" w:line="240" w:lineRule="auto"/>
      </w:pPr>
      <w:rPr>
        <w:b/>
        <w:bCs/>
      </w:rPr>
      <w:tblPr/>
      <w:tcPr>
        <w:tcBorders>
          <w:top w:val="double" w:color="F9B074" w:themeColor="accent6" w:themeTint="BF" w:sz="6" w:space="0"/>
          <w:left w:val="single" w:color="F9B074" w:themeColor="accent6" w:themeTint="BF" w:sz="8" w:space="0"/>
          <w:bottom w:val="single" w:color="F9B074" w:themeColor="accent6" w:themeTint="BF" w:sz="8" w:space="0"/>
          <w:right w:val="single" w:color="F9B074" w:themeColor="accent6" w:themeTint="BF" w:sz="8" w:space="0"/>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color="auto" w:sz="18" w:space="0"/>
        <w:bottom w:val="single" w:color="auto" w:sz="18" w:space="0"/>
      </w:tblBorders>
    </w:tblPr>
    <w:tblStylePr w:type="firstRow">
      <w:pPr>
        <w:spacing w:before="0" w:after="0" w:line="240" w:lineRule="auto"/>
      </w:pPr>
      <w:rPr>
        <w:b/>
        <w:bCs/>
        <w:color w:val="FFFFFF" w:themeColor="background1"/>
      </w:rPr>
      <w:tblPr/>
      <w:tcPr>
        <w:tcBorders>
          <w:top w:val="single" w:color="auto" w:sz="18" w:space="0"/>
          <w:left w:val="nil"/>
          <w:bottom w:val="single" w:color="auto" w:sz="18" w:space="0"/>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color="auto" w:sz="6" w:space="0"/>
          <w:left w:val="nil"/>
          <w:bottom w:val="single" w:color="auto" w:sz="18" w:space="0"/>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color="auto" w:sz="18" w:space="0"/>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color="auto" w:sz="18" w:space="0"/>
          <w:left w:val="nil"/>
          <w:bottom w:val="single" w:color="auto" w:sz="18" w:space="0"/>
          <w:right w:val="nil"/>
          <w:insideH w:val="nil"/>
          <w:insideV w:val="nil"/>
        </w:tcBorders>
      </w:tcPr>
    </w:tblStylePr>
    <w:tblStylePr w:type="nwCell">
      <w:rPr>
        <w:color w:val="FFFFFF" w:themeColor="background1"/>
      </w:rPr>
      <w:tblPr/>
      <w:tcPr>
        <w:tcBorders>
          <w:top w:val="single" w:color="auto" w:sz="18" w:space="0"/>
          <w:left w:val="nil"/>
          <w:bottom w:val="single" w:color="auto" w:sz="18" w:space="0"/>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color="000000" w:themeColor="text1" w:sz="8" w:space="0"/>
        <w:bottom w:val="single" w:color="000000" w:themeColor="text1" w:sz="8" w:space="0"/>
      </w:tblBorders>
    </w:tblPr>
    <w:tblStylePr w:type="firstRow">
      <w:rPr>
        <w:rFonts w:asciiTheme="majorHAnsi" w:hAnsiTheme="majorHAnsi" w:eastAsiaTheme="majorEastAsia" w:cstheme="majorBidi"/>
      </w:rPr>
      <w:tblPr/>
      <w:tcPr>
        <w:tcBorders>
          <w:top w:val="nil"/>
          <w:bottom w:val="single" w:color="000000" w:themeColor="text1" w:sz="8" w:space="0"/>
        </w:tcBorders>
      </w:tcPr>
    </w:tblStylePr>
    <w:tblStylePr w:type="lastRow">
      <w:rPr>
        <w:b/>
        <w:bCs/>
        <w:color w:val="1F497D" w:themeColor="text2"/>
      </w:rPr>
      <w:tblPr/>
      <w:tcPr>
        <w:tcBorders>
          <w:top w:val="single" w:color="000000" w:themeColor="text1" w:sz="8" w:space="0"/>
          <w:bottom w:val="single" w:color="000000" w:themeColor="text1" w:sz="8" w:space="0"/>
        </w:tcBorders>
      </w:tcPr>
    </w:tblStylePr>
    <w:tblStylePr w:type="firstCol">
      <w:rPr>
        <w:b/>
        <w:bCs/>
      </w:rPr>
    </w:tblStylePr>
    <w:tblStylePr w:type="lastCol">
      <w:rPr>
        <w:b/>
        <w:bCs/>
      </w:rPr>
      <w:tblPr/>
      <w:tcPr>
        <w:tcBorders>
          <w:top w:val="single" w:color="000000" w:themeColor="text1" w:sz="8" w:space="0"/>
          <w:bottom w:val="single" w:color="000000" w:themeColor="text1" w:sz="8" w:space="0"/>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color="4F81BD" w:themeColor="accent1" w:sz="8" w:space="0"/>
        <w:bottom w:val="single" w:color="4F81BD" w:themeColor="accent1" w:sz="8" w:space="0"/>
      </w:tblBorders>
    </w:tblPr>
    <w:tblStylePr w:type="firstRow">
      <w:rPr>
        <w:rFonts w:asciiTheme="majorHAnsi" w:hAnsiTheme="majorHAnsi" w:eastAsiaTheme="majorEastAsia" w:cstheme="majorBidi"/>
      </w:rPr>
      <w:tblPr/>
      <w:tcPr>
        <w:tcBorders>
          <w:top w:val="nil"/>
          <w:bottom w:val="single" w:color="4F81BD" w:themeColor="accent1" w:sz="8" w:space="0"/>
        </w:tcBorders>
      </w:tcPr>
    </w:tblStylePr>
    <w:tblStylePr w:type="lastRow">
      <w:rPr>
        <w:b/>
        <w:bCs/>
        <w:color w:val="1F497D" w:themeColor="text2"/>
      </w:rPr>
      <w:tblPr/>
      <w:tcPr>
        <w:tcBorders>
          <w:top w:val="single" w:color="4F81BD" w:themeColor="accent1" w:sz="8" w:space="0"/>
          <w:bottom w:val="single" w:color="4F81BD" w:themeColor="accent1" w:sz="8" w:space="0"/>
        </w:tcBorders>
      </w:tcPr>
    </w:tblStylePr>
    <w:tblStylePr w:type="firstCol">
      <w:rPr>
        <w:b/>
        <w:bCs/>
      </w:rPr>
    </w:tblStylePr>
    <w:tblStylePr w:type="lastCol">
      <w:rPr>
        <w:b/>
        <w:bCs/>
      </w:rPr>
      <w:tblPr/>
      <w:tcPr>
        <w:tcBorders>
          <w:top w:val="single" w:color="4F81BD" w:themeColor="accent1" w:sz="8" w:space="0"/>
          <w:bottom w:val="single" w:color="4F81BD" w:themeColor="accent1" w:sz="8" w:space="0"/>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color="C0504D" w:themeColor="accent2" w:sz="8" w:space="0"/>
        <w:bottom w:val="single" w:color="C0504D" w:themeColor="accent2" w:sz="8" w:space="0"/>
      </w:tblBorders>
    </w:tblPr>
    <w:tblStylePr w:type="firstRow">
      <w:rPr>
        <w:rFonts w:asciiTheme="majorHAnsi" w:hAnsiTheme="majorHAnsi" w:eastAsiaTheme="majorEastAsia" w:cstheme="majorBidi"/>
      </w:rPr>
      <w:tblPr/>
      <w:tcPr>
        <w:tcBorders>
          <w:top w:val="nil"/>
          <w:bottom w:val="single" w:color="C0504D" w:themeColor="accent2" w:sz="8" w:space="0"/>
        </w:tcBorders>
      </w:tcPr>
    </w:tblStylePr>
    <w:tblStylePr w:type="lastRow">
      <w:rPr>
        <w:b/>
        <w:bCs/>
        <w:color w:val="1F497D" w:themeColor="text2"/>
      </w:rPr>
      <w:tblPr/>
      <w:tcPr>
        <w:tcBorders>
          <w:top w:val="single" w:color="C0504D" w:themeColor="accent2" w:sz="8" w:space="0"/>
          <w:bottom w:val="single" w:color="C0504D" w:themeColor="accent2" w:sz="8" w:space="0"/>
        </w:tcBorders>
      </w:tcPr>
    </w:tblStylePr>
    <w:tblStylePr w:type="firstCol">
      <w:rPr>
        <w:b/>
        <w:bCs/>
      </w:rPr>
    </w:tblStylePr>
    <w:tblStylePr w:type="lastCol">
      <w:rPr>
        <w:b/>
        <w:bCs/>
      </w:rPr>
      <w:tblPr/>
      <w:tcPr>
        <w:tcBorders>
          <w:top w:val="single" w:color="C0504D" w:themeColor="accent2" w:sz="8" w:space="0"/>
          <w:bottom w:val="single" w:color="C0504D" w:themeColor="accent2" w:sz="8" w:space="0"/>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color="9BBB59" w:themeColor="accent3" w:sz="8" w:space="0"/>
        <w:bottom w:val="single" w:color="9BBB59" w:themeColor="accent3" w:sz="8" w:space="0"/>
      </w:tblBorders>
    </w:tblPr>
    <w:tblStylePr w:type="firstRow">
      <w:rPr>
        <w:rFonts w:asciiTheme="majorHAnsi" w:hAnsiTheme="majorHAnsi" w:eastAsiaTheme="majorEastAsia" w:cstheme="majorBidi"/>
      </w:rPr>
      <w:tblPr/>
      <w:tcPr>
        <w:tcBorders>
          <w:top w:val="nil"/>
          <w:bottom w:val="single" w:color="9BBB59" w:themeColor="accent3" w:sz="8" w:space="0"/>
        </w:tcBorders>
      </w:tcPr>
    </w:tblStylePr>
    <w:tblStylePr w:type="lastRow">
      <w:rPr>
        <w:b/>
        <w:bCs/>
        <w:color w:val="1F497D" w:themeColor="text2"/>
      </w:rPr>
      <w:tblPr/>
      <w:tcPr>
        <w:tcBorders>
          <w:top w:val="single" w:color="9BBB59" w:themeColor="accent3" w:sz="8" w:space="0"/>
          <w:bottom w:val="single" w:color="9BBB59" w:themeColor="accent3" w:sz="8" w:space="0"/>
        </w:tcBorders>
      </w:tcPr>
    </w:tblStylePr>
    <w:tblStylePr w:type="firstCol">
      <w:rPr>
        <w:b/>
        <w:bCs/>
      </w:rPr>
    </w:tblStylePr>
    <w:tblStylePr w:type="lastCol">
      <w:rPr>
        <w:b/>
        <w:bCs/>
      </w:rPr>
      <w:tblPr/>
      <w:tcPr>
        <w:tcBorders>
          <w:top w:val="single" w:color="9BBB59" w:themeColor="accent3" w:sz="8" w:space="0"/>
          <w:bottom w:val="single" w:color="9BBB59" w:themeColor="accent3" w:sz="8" w:space="0"/>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color="8064A2" w:themeColor="accent4" w:sz="8" w:space="0"/>
        <w:bottom w:val="single" w:color="8064A2" w:themeColor="accent4" w:sz="8" w:space="0"/>
      </w:tblBorders>
    </w:tblPr>
    <w:tblStylePr w:type="firstRow">
      <w:rPr>
        <w:rFonts w:asciiTheme="majorHAnsi" w:hAnsiTheme="majorHAnsi" w:eastAsiaTheme="majorEastAsia" w:cstheme="majorBidi"/>
      </w:rPr>
      <w:tblPr/>
      <w:tcPr>
        <w:tcBorders>
          <w:top w:val="nil"/>
          <w:bottom w:val="single" w:color="8064A2" w:themeColor="accent4" w:sz="8" w:space="0"/>
        </w:tcBorders>
      </w:tcPr>
    </w:tblStylePr>
    <w:tblStylePr w:type="lastRow">
      <w:rPr>
        <w:b/>
        <w:bCs/>
        <w:color w:val="1F497D" w:themeColor="text2"/>
      </w:rPr>
      <w:tblPr/>
      <w:tcPr>
        <w:tcBorders>
          <w:top w:val="single" w:color="8064A2" w:themeColor="accent4" w:sz="8" w:space="0"/>
          <w:bottom w:val="single" w:color="8064A2" w:themeColor="accent4" w:sz="8" w:space="0"/>
        </w:tcBorders>
      </w:tcPr>
    </w:tblStylePr>
    <w:tblStylePr w:type="firstCol">
      <w:rPr>
        <w:b/>
        <w:bCs/>
      </w:rPr>
    </w:tblStylePr>
    <w:tblStylePr w:type="lastCol">
      <w:rPr>
        <w:b/>
        <w:bCs/>
      </w:rPr>
      <w:tblPr/>
      <w:tcPr>
        <w:tcBorders>
          <w:top w:val="single" w:color="8064A2" w:themeColor="accent4" w:sz="8" w:space="0"/>
          <w:bottom w:val="single" w:color="8064A2" w:themeColor="accent4" w:sz="8" w:space="0"/>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color="4BACC6" w:themeColor="accent5" w:sz="8" w:space="0"/>
        <w:bottom w:val="single" w:color="4BACC6" w:themeColor="accent5" w:sz="8" w:space="0"/>
      </w:tblBorders>
    </w:tblPr>
    <w:tblStylePr w:type="firstRow">
      <w:rPr>
        <w:rFonts w:asciiTheme="majorHAnsi" w:hAnsiTheme="majorHAnsi" w:eastAsiaTheme="majorEastAsia" w:cstheme="majorBidi"/>
      </w:rPr>
      <w:tblPr/>
      <w:tcPr>
        <w:tcBorders>
          <w:top w:val="nil"/>
          <w:bottom w:val="single" w:color="4BACC6" w:themeColor="accent5" w:sz="8" w:space="0"/>
        </w:tcBorders>
      </w:tcPr>
    </w:tblStylePr>
    <w:tblStylePr w:type="lastRow">
      <w:rPr>
        <w:b/>
        <w:bCs/>
        <w:color w:val="1F497D" w:themeColor="text2"/>
      </w:rPr>
      <w:tblPr/>
      <w:tcPr>
        <w:tcBorders>
          <w:top w:val="single" w:color="4BACC6" w:themeColor="accent5" w:sz="8" w:space="0"/>
          <w:bottom w:val="single" w:color="4BACC6" w:themeColor="accent5" w:sz="8" w:space="0"/>
        </w:tcBorders>
      </w:tcPr>
    </w:tblStylePr>
    <w:tblStylePr w:type="firstCol">
      <w:rPr>
        <w:b/>
        <w:bCs/>
      </w:rPr>
    </w:tblStylePr>
    <w:tblStylePr w:type="lastCol">
      <w:rPr>
        <w:b/>
        <w:bCs/>
      </w:rPr>
      <w:tblPr/>
      <w:tcPr>
        <w:tcBorders>
          <w:top w:val="single" w:color="4BACC6" w:themeColor="accent5" w:sz="8" w:space="0"/>
          <w:bottom w:val="single" w:color="4BACC6" w:themeColor="accent5" w:sz="8" w:space="0"/>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color="F79646" w:themeColor="accent6" w:sz="8" w:space="0"/>
        <w:bottom w:val="single" w:color="F79646" w:themeColor="accent6" w:sz="8" w:space="0"/>
      </w:tblBorders>
    </w:tblPr>
    <w:tblStylePr w:type="firstRow">
      <w:rPr>
        <w:rFonts w:asciiTheme="majorHAnsi" w:hAnsiTheme="majorHAnsi" w:eastAsiaTheme="majorEastAsia" w:cstheme="majorBidi"/>
      </w:rPr>
      <w:tblPr/>
      <w:tcPr>
        <w:tcBorders>
          <w:top w:val="nil"/>
          <w:bottom w:val="single" w:color="F79646" w:themeColor="accent6" w:sz="8" w:space="0"/>
        </w:tcBorders>
      </w:tcPr>
    </w:tblStylePr>
    <w:tblStylePr w:type="lastRow">
      <w:rPr>
        <w:b/>
        <w:bCs/>
        <w:color w:val="1F497D" w:themeColor="text2"/>
      </w:rPr>
      <w:tblPr/>
      <w:tcPr>
        <w:tcBorders>
          <w:top w:val="single" w:color="F79646" w:themeColor="accent6" w:sz="8" w:space="0"/>
          <w:bottom w:val="single" w:color="F79646" w:themeColor="accent6" w:sz="8" w:space="0"/>
        </w:tcBorders>
      </w:tcPr>
    </w:tblStylePr>
    <w:tblStylePr w:type="firstCol">
      <w:rPr>
        <w:b/>
        <w:bCs/>
      </w:rPr>
    </w:tblStylePr>
    <w:tblStylePr w:type="lastCol">
      <w:rPr>
        <w:b/>
        <w:bCs/>
      </w:rPr>
      <w:tblPr/>
      <w:tcPr>
        <w:tcBorders>
          <w:top w:val="single" w:color="F79646" w:themeColor="accent6" w:sz="8" w:space="0"/>
          <w:bottom w:val="single" w:color="F79646" w:themeColor="accent6" w:sz="8" w:space="0"/>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tblBorders>
    </w:tblPr>
    <w:tblStylePr w:type="firstRow">
      <w:rPr>
        <w:sz w:val="24"/>
        <w:szCs w:val="24"/>
      </w:rPr>
      <w:tblPr/>
      <w:tcPr>
        <w:tcBorders>
          <w:top w:val="nil"/>
          <w:left w:val="nil"/>
          <w:bottom w:val="single" w:color="000000" w:themeColor="text1" w:sz="24" w:space="0"/>
          <w:right w:val="nil"/>
          <w:insideH w:val="nil"/>
          <w:insideV w:val="nil"/>
        </w:tcBorders>
        <w:shd w:val="clear" w:color="auto" w:fill="FFFFFF" w:themeFill="background1"/>
      </w:tcPr>
    </w:tblStylePr>
    <w:tblStylePr w:type="lastRow">
      <w:tblPr/>
      <w:tcPr>
        <w:tcBorders>
          <w:top w:val="single" w:color="000000" w:themeColor="tex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000000" w:themeColor="text1" w:sz="8" w:space="0"/>
          <w:insideH w:val="nil"/>
          <w:insideV w:val="nil"/>
        </w:tcBorders>
        <w:shd w:val="clear" w:color="auto" w:fill="FFFFFF" w:themeFill="background1"/>
      </w:tcPr>
    </w:tblStylePr>
    <w:tblStylePr w:type="lastCol">
      <w:tblPr/>
      <w:tcPr>
        <w:tcBorders>
          <w:top w:val="nil"/>
          <w:left w:val="single" w:color="000000" w:themeColor="tex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tblBorders>
    </w:tblPr>
    <w:tblStylePr w:type="firstRow">
      <w:rPr>
        <w:sz w:val="24"/>
        <w:szCs w:val="24"/>
      </w:rPr>
      <w:tblPr/>
      <w:tcPr>
        <w:tcBorders>
          <w:top w:val="nil"/>
          <w:left w:val="nil"/>
          <w:bottom w:val="single" w:color="4F81BD" w:themeColor="accent1" w:sz="24" w:space="0"/>
          <w:right w:val="nil"/>
          <w:insideH w:val="nil"/>
          <w:insideV w:val="nil"/>
        </w:tcBorders>
        <w:shd w:val="clear" w:color="auto" w:fill="FFFFFF" w:themeFill="background1"/>
      </w:tcPr>
    </w:tblStylePr>
    <w:tblStylePr w:type="lastRow">
      <w:tblPr/>
      <w:tcPr>
        <w:tcBorders>
          <w:top w:val="single" w:color="4F81BD" w:themeColor="accent1"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F81BD" w:themeColor="accent1" w:sz="8" w:space="0"/>
          <w:insideH w:val="nil"/>
          <w:insideV w:val="nil"/>
        </w:tcBorders>
        <w:shd w:val="clear" w:color="auto" w:fill="FFFFFF" w:themeFill="background1"/>
      </w:tcPr>
    </w:tblStylePr>
    <w:tblStylePr w:type="lastCol">
      <w:tblPr/>
      <w:tcPr>
        <w:tcBorders>
          <w:top w:val="nil"/>
          <w:left w:val="single" w:color="4F81BD" w:themeColor="accent1"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tblBorders>
    </w:tblPr>
    <w:tblStylePr w:type="firstRow">
      <w:rPr>
        <w:sz w:val="24"/>
        <w:szCs w:val="24"/>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tblPr/>
      <w:tcPr>
        <w:tcBorders>
          <w:top w:val="single" w:color="C0504D" w:themeColor="accent2"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C0504D" w:themeColor="accent2" w:sz="8" w:space="0"/>
          <w:insideH w:val="nil"/>
          <w:insideV w:val="nil"/>
        </w:tcBorders>
        <w:shd w:val="clear" w:color="auto" w:fill="FFFFFF" w:themeFill="background1"/>
      </w:tcPr>
    </w:tblStylePr>
    <w:tblStylePr w:type="lastCol">
      <w:tblPr/>
      <w:tcPr>
        <w:tcBorders>
          <w:top w:val="nil"/>
          <w:left w:val="single" w:color="C0504D" w:themeColor="accent2"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tblBorders>
    </w:tblPr>
    <w:tblStylePr w:type="firstRow">
      <w:rPr>
        <w:sz w:val="24"/>
        <w:szCs w:val="24"/>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tblPr/>
      <w:tcPr>
        <w:tcBorders>
          <w:top w:val="single" w:color="9BBB59" w:themeColor="accent3"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9BBB59" w:themeColor="accent3" w:sz="8" w:space="0"/>
          <w:insideH w:val="nil"/>
          <w:insideV w:val="nil"/>
        </w:tcBorders>
        <w:shd w:val="clear" w:color="auto" w:fill="FFFFFF" w:themeFill="background1"/>
      </w:tcPr>
    </w:tblStylePr>
    <w:tblStylePr w:type="lastCol">
      <w:tblPr/>
      <w:tcPr>
        <w:tcBorders>
          <w:top w:val="nil"/>
          <w:left w:val="single" w:color="9BBB59" w:themeColor="accent3"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tblBorders>
    </w:tblPr>
    <w:tblStylePr w:type="firstRow">
      <w:rPr>
        <w:sz w:val="24"/>
        <w:szCs w:val="24"/>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tblPr/>
      <w:tcPr>
        <w:tcBorders>
          <w:top w:val="single" w:color="8064A2" w:themeColor="accent4"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8064A2" w:themeColor="accent4" w:sz="8" w:space="0"/>
          <w:insideH w:val="nil"/>
          <w:insideV w:val="nil"/>
        </w:tcBorders>
        <w:shd w:val="clear" w:color="auto" w:fill="FFFFFF" w:themeFill="background1"/>
      </w:tcPr>
    </w:tblStylePr>
    <w:tblStylePr w:type="lastCol">
      <w:tblPr/>
      <w:tcPr>
        <w:tcBorders>
          <w:top w:val="nil"/>
          <w:left w:val="single" w:color="8064A2" w:themeColor="accent4"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tblBorders>
    </w:tblPr>
    <w:tblStylePr w:type="firstRow">
      <w:rPr>
        <w:sz w:val="24"/>
        <w:szCs w:val="24"/>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tblPr/>
      <w:tcPr>
        <w:tcBorders>
          <w:top w:val="single" w:color="4BACC6" w:themeColor="accent5"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4BACC6" w:themeColor="accent5" w:sz="8" w:space="0"/>
          <w:insideH w:val="nil"/>
          <w:insideV w:val="nil"/>
        </w:tcBorders>
        <w:shd w:val="clear" w:color="auto" w:fill="FFFFFF" w:themeFill="background1"/>
      </w:tcPr>
    </w:tblStylePr>
    <w:tblStylePr w:type="lastCol">
      <w:tblPr/>
      <w:tcPr>
        <w:tcBorders>
          <w:top w:val="nil"/>
          <w:left w:val="single" w:color="4BACC6" w:themeColor="accent5"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tblBorders>
    </w:tblPr>
    <w:tblStylePr w:type="firstRow">
      <w:rPr>
        <w:sz w:val="24"/>
        <w:szCs w:val="24"/>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tblPr/>
      <w:tcPr>
        <w:tcBorders>
          <w:top w:val="single" w:color="F79646" w:themeColor="accent6" w:sz="8" w:space="0"/>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color="F79646" w:themeColor="accent6" w:sz="8" w:space="0"/>
          <w:insideH w:val="nil"/>
          <w:insideV w:val="nil"/>
        </w:tcBorders>
        <w:shd w:val="clear" w:color="auto" w:fill="FFFFFF" w:themeFill="background1"/>
      </w:tcPr>
    </w:tblStylePr>
    <w:tblStylePr w:type="lastCol">
      <w:tblPr/>
      <w:tcPr>
        <w:tcBorders>
          <w:top w:val="nil"/>
          <w:left w:val="single" w:color="F79646" w:themeColor="accent6" w:sz="8" w:space="0"/>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color="404040" w:themeColor="text1" w:themeTint="BF" w:sz="8" w:space="0"/>
        <w:left w:val="single" w:color="404040" w:themeColor="text1" w:themeTint="BF" w:sz="8" w:space="0"/>
        <w:bottom w:val="single" w:color="404040" w:themeColor="text1" w:themeTint="BF" w:sz="8" w:space="0"/>
        <w:right w:val="single" w:color="404040" w:themeColor="text1" w:themeTint="BF" w:sz="8" w:space="0"/>
        <w:insideH w:val="single" w:color="404040" w:themeColor="text1" w:themeTint="BF" w:sz="8" w:space="0"/>
        <w:insideV w:val="single" w:color="404040" w:themeColor="text1" w:themeTint="BF" w:sz="8" w:space="0"/>
      </w:tblBorders>
    </w:tblPr>
    <w:tcPr>
      <w:shd w:val="clear" w:color="auto" w:fill="C0C0C0" w:themeFill="text1" w:themeFillTint="3F"/>
    </w:tcPr>
    <w:tblStylePr w:type="firstRow">
      <w:rPr>
        <w:b/>
        <w:bCs/>
      </w:rPr>
    </w:tblStylePr>
    <w:tblStylePr w:type="lastRow">
      <w:rPr>
        <w:b/>
        <w:bCs/>
      </w:rPr>
      <w:tblPr/>
      <w:tcPr>
        <w:tcBorders>
          <w:top w:val="single" w:color="404040" w:themeColor="text1" w:themeTint="BF" w:sz="18" w:space="0"/>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color="7BA0CD" w:themeColor="accent1" w:themeTint="BF" w:sz="8" w:space="0"/>
        <w:left w:val="single" w:color="7BA0CD" w:themeColor="accent1" w:themeTint="BF" w:sz="8" w:space="0"/>
        <w:bottom w:val="single" w:color="7BA0CD" w:themeColor="accent1" w:themeTint="BF" w:sz="8" w:space="0"/>
        <w:right w:val="single" w:color="7BA0CD" w:themeColor="accent1" w:themeTint="BF" w:sz="8" w:space="0"/>
        <w:insideH w:val="single" w:color="7BA0CD" w:themeColor="accent1" w:themeTint="BF" w:sz="8" w:space="0"/>
        <w:insideV w:val="single" w:color="7BA0CD" w:themeColor="accent1" w:themeTint="BF" w:sz="8" w:space="0"/>
      </w:tblBorders>
    </w:tblPr>
    <w:tcPr>
      <w:shd w:val="clear" w:color="auto" w:fill="D3DFEE" w:themeFill="accent1" w:themeFillTint="3F"/>
    </w:tcPr>
    <w:tblStylePr w:type="firstRow">
      <w:rPr>
        <w:b/>
        <w:bCs/>
      </w:rPr>
    </w:tblStylePr>
    <w:tblStylePr w:type="lastRow">
      <w:rPr>
        <w:b/>
        <w:bCs/>
      </w:rPr>
      <w:tblPr/>
      <w:tcPr>
        <w:tcBorders>
          <w:top w:val="single" w:color="7BA0CD" w:themeColor="accent1" w:themeTint="BF" w:sz="18" w:space="0"/>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color="CF7B79" w:themeColor="accent2" w:themeTint="BF" w:sz="8" w:space="0"/>
        <w:left w:val="single" w:color="CF7B79" w:themeColor="accent2" w:themeTint="BF" w:sz="8" w:space="0"/>
        <w:bottom w:val="single" w:color="CF7B79" w:themeColor="accent2" w:themeTint="BF" w:sz="8" w:space="0"/>
        <w:right w:val="single" w:color="CF7B79" w:themeColor="accent2" w:themeTint="BF" w:sz="8" w:space="0"/>
        <w:insideH w:val="single" w:color="CF7B79" w:themeColor="accent2" w:themeTint="BF" w:sz="8" w:space="0"/>
        <w:insideV w:val="single" w:color="CF7B79" w:themeColor="accent2" w:themeTint="BF" w:sz="8" w:space="0"/>
      </w:tblBorders>
    </w:tblPr>
    <w:tcPr>
      <w:shd w:val="clear" w:color="auto" w:fill="EFD3D2" w:themeFill="accent2" w:themeFillTint="3F"/>
    </w:tcPr>
    <w:tblStylePr w:type="firstRow">
      <w:rPr>
        <w:b/>
        <w:bCs/>
      </w:rPr>
    </w:tblStylePr>
    <w:tblStylePr w:type="lastRow">
      <w:rPr>
        <w:b/>
        <w:bCs/>
      </w:rPr>
      <w:tblPr/>
      <w:tcPr>
        <w:tcBorders>
          <w:top w:val="single" w:color="CF7B79" w:themeColor="accent2" w:themeTint="BF" w:sz="18" w:space="0"/>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color="B3CC82" w:themeColor="accent3" w:themeTint="BF" w:sz="8" w:space="0"/>
        <w:left w:val="single" w:color="B3CC82" w:themeColor="accent3" w:themeTint="BF" w:sz="8" w:space="0"/>
        <w:bottom w:val="single" w:color="B3CC82" w:themeColor="accent3" w:themeTint="BF" w:sz="8" w:space="0"/>
        <w:right w:val="single" w:color="B3CC82" w:themeColor="accent3" w:themeTint="BF" w:sz="8" w:space="0"/>
        <w:insideH w:val="single" w:color="B3CC82" w:themeColor="accent3" w:themeTint="BF" w:sz="8" w:space="0"/>
        <w:insideV w:val="single" w:color="B3CC82" w:themeColor="accent3" w:themeTint="BF" w:sz="8" w:space="0"/>
      </w:tblBorders>
    </w:tblPr>
    <w:tcPr>
      <w:shd w:val="clear" w:color="auto" w:fill="E6EED5" w:themeFill="accent3" w:themeFillTint="3F"/>
    </w:tcPr>
    <w:tblStylePr w:type="firstRow">
      <w:rPr>
        <w:b/>
        <w:bCs/>
      </w:rPr>
    </w:tblStylePr>
    <w:tblStylePr w:type="lastRow">
      <w:rPr>
        <w:b/>
        <w:bCs/>
      </w:rPr>
      <w:tblPr/>
      <w:tcPr>
        <w:tcBorders>
          <w:top w:val="single" w:color="B3CC82" w:themeColor="accent3" w:themeTint="BF" w:sz="18" w:space="0"/>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color="9F8AB9" w:themeColor="accent4" w:themeTint="BF" w:sz="8" w:space="0"/>
        <w:left w:val="single" w:color="9F8AB9" w:themeColor="accent4" w:themeTint="BF" w:sz="8" w:space="0"/>
        <w:bottom w:val="single" w:color="9F8AB9" w:themeColor="accent4" w:themeTint="BF" w:sz="8" w:space="0"/>
        <w:right w:val="single" w:color="9F8AB9" w:themeColor="accent4" w:themeTint="BF" w:sz="8" w:space="0"/>
        <w:insideH w:val="single" w:color="9F8AB9" w:themeColor="accent4" w:themeTint="BF" w:sz="8" w:space="0"/>
        <w:insideV w:val="single" w:color="9F8AB9" w:themeColor="accent4" w:themeTint="BF" w:sz="8" w:space="0"/>
      </w:tblBorders>
    </w:tblPr>
    <w:tcPr>
      <w:shd w:val="clear" w:color="auto" w:fill="DFD8E8" w:themeFill="accent4" w:themeFillTint="3F"/>
    </w:tcPr>
    <w:tblStylePr w:type="firstRow">
      <w:rPr>
        <w:b/>
        <w:bCs/>
      </w:rPr>
    </w:tblStylePr>
    <w:tblStylePr w:type="lastRow">
      <w:rPr>
        <w:b/>
        <w:bCs/>
      </w:rPr>
      <w:tblPr/>
      <w:tcPr>
        <w:tcBorders>
          <w:top w:val="single" w:color="9F8AB9" w:themeColor="accent4" w:themeTint="BF" w:sz="18" w:space="0"/>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color="78C0D4" w:themeColor="accent5" w:themeTint="BF" w:sz="8" w:space="0"/>
        <w:left w:val="single" w:color="78C0D4" w:themeColor="accent5" w:themeTint="BF" w:sz="8" w:space="0"/>
        <w:bottom w:val="single" w:color="78C0D4" w:themeColor="accent5" w:themeTint="BF" w:sz="8" w:space="0"/>
        <w:right w:val="single" w:color="78C0D4" w:themeColor="accent5" w:themeTint="BF" w:sz="8" w:space="0"/>
        <w:insideH w:val="single" w:color="78C0D4" w:themeColor="accent5" w:themeTint="BF" w:sz="8" w:space="0"/>
        <w:insideV w:val="single" w:color="78C0D4" w:themeColor="accent5" w:themeTint="BF" w:sz="8" w:space="0"/>
      </w:tblBorders>
    </w:tblPr>
    <w:tcPr>
      <w:shd w:val="clear" w:color="auto" w:fill="D2EAF1" w:themeFill="accent5" w:themeFillTint="3F"/>
    </w:tcPr>
    <w:tblStylePr w:type="firstRow">
      <w:rPr>
        <w:b/>
        <w:bCs/>
      </w:rPr>
    </w:tblStylePr>
    <w:tblStylePr w:type="lastRow">
      <w:rPr>
        <w:b/>
        <w:bCs/>
      </w:rPr>
      <w:tblPr/>
      <w:tcPr>
        <w:tcBorders>
          <w:top w:val="single" w:color="78C0D4" w:themeColor="accent5" w:themeTint="BF" w:sz="18" w:space="0"/>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color="F9B074" w:themeColor="accent6" w:themeTint="BF" w:sz="8" w:space="0"/>
        <w:left w:val="single" w:color="F9B074" w:themeColor="accent6" w:themeTint="BF" w:sz="8" w:space="0"/>
        <w:bottom w:val="single" w:color="F9B074" w:themeColor="accent6" w:themeTint="BF" w:sz="8" w:space="0"/>
        <w:right w:val="single" w:color="F9B074" w:themeColor="accent6" w:themeTint="BF" w:sz="8" w:space="0"/>
        <w:insideH w:val="single" w:color="F9B074" w:themeColor="accent6" w:themeTint="BF" w:sz="8" w:space="0"/>
        <w:insideV w:val="single" w:color="F9B074" w:themeColor="accent6" w:themeTint="BF" w:sz="8" w:space="0"/>
      </w:tblBorders>
    </w:tblPr>
    <w:tcPr>
      <w:shd w:val="clear" w:color="auto" w:fill="FDE4D0" w:themeFill="accent6" w:themeFillTint="3F"/>
    </w:tcPr>
    <w:tblStylePr w:type="firstRow">
      <w:rPr>
        <w:b/>
        <w:bCs/>
      </w:rPr>
    </w:tblStylePr>
    <w:tblStylePr w:type="lastRow">
      <w:rPr>
        <w:b/>
        <w:bCs/>
      </w:rPr>
      <w:tblPr/>
      <w:tcPr>
        <w:tcBorders>
          <w:top w:val="single" w:color="F9B074" w:themeColor="accent6" w:themeTint="BF" w:sz="18" w:space="0"/>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000000" w:themeColor="text1" w:sz="8" w:space="0"/>
        <w:left w:val="single" w:color="000000" w:themeColor="text1" w:sz="8" w:space="0"/>
        <w:bottom w:val="single" w:color="000000" w:themeColor="text1" w:sz="8" w:space="0"/>
        <w:right w:val="single" w:color="000000" w:themeColor="text1" w:sz="8" w:space="0"/>
        <w:insideH w:val="single" w:color="000000" w:themeColor="text1" w:sz="8" w:space="0"/>
        <w:insideV w:val="single" w:color="000000" w:themeColor="text1" w:sz="8" w:space="0"/>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color="000000" w:themeColor="text1" w:sz="6" w:space="0"/>
          <w:insideV w:val="single" w:color="000000" w:themeColor="text1" w:sz="6" w:space="0"/>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F81BD" w:themeColor="accent1" w:sz="8" w:space="0"/>
        <w:left w:val="single" w:color="4F81BD" w:themeColor="accent1" w:sz="8" w:space="0"/>
        <w:bottom w:val="single" w:color="4F81BD" w:themeColor="accent1" w:sz="8" w:space="0"/>
        <w:right w:val="single" w:color="4F81BD" w:themeColor="accent1" w:sz="8" w:space="0"/>
        <w:insideH w:val="single" w:color="4F81BD" w:themeColor="accent1" w:sz="8" w:space="0"/>
        <w:insideV w:val="single" w:color="4F81BD" w:themeColor="accent1" w:sz="8" w:space="0"/>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color="4F81BD" w:themeColor="accent1" w:sz="6" w:space="0"/>
          <w:insideV w:val="single" w:color="4F81BD" w:themeColor="accent1" w:sz="6" w:space="0"/>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C0504D" w:themeColor="accent2" w:sz="8" w:space="0"/>
        <w:left w:val="single" w:color="C0504D" w:themeColor="accent2" w:sz="8" w:space="0"/>
        <w:bottom w:val="single" w:color="C0504D" w:themeColor="accent2" w:sz="8" w:space="0"/>
        <w:right w:val="single" w:color="C0504D" w:themeColor="accent2" w:sz="8" w:space="0"/>
        <w:insideH w:val="single" w:color="C0504D" w:themeColor="accent2" w:sz="8" w:space="0"/>
        <w:insideV w:val="single" w:color="C0504D" w:themeColor="accent2" w:sz="8" w:space="0"/>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color="C0504D" w:themeColor="accent2" w:sz="6" w:space="0"/>
          <w:insideV w:val="single" w:color="C0504D" w:themeColor="accent2" w:sz="6" w:space="0"/>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9BBB59" w:themeColor="accent3" w:sz="8" w:space="0"/>
        <w:left w:val="single" w:color="9BBB59" w:themeColor="accent3" w:sz="8" w:space="0"/>
        <w:bottom w:val="single" w:color="9BBB59" w:themeColor="accent3" w:sz="8" w:space="0"/>
        <w:right w:val="single" w:color="9BBB59" w:themeColor="accent3" w:sz="8" w:space="0"/>
        <w:insideH w:val="single" w:color="9BBB59" w:themeColor="accent3" w:sz="8" w:space="0"/>
        <w:insideV w:val="single" w:color="9BBB59" w:themeColor="accent3" w:sz="8" w:space="0"/>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color="9BBB59" w:themeColor="accent3" w:sz="6" w:space="0"/>
          <w:insideV w:val="single" w:color="9BBB59" w:themeColor="accent3" w:sz="6" w:space="0"/>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8064A2" w:themeColor="accent4" w:sz="8" w:space="0"/>
        <w:left w:val="single" w:color="8064A2" w:themeColor="accent4" w:sz="8" w:space="0"/>
        <w:bottom w:val="single" w:color="8064A2" w:themeColor="accent4" w:sz="8" w:space="0"/>
        <w:right w:val="single" w:color="8064A2" w:themeColor="accent4" w:sz="8" w:space="0"/>
        <w:insideH w:val="single" w:color="8064A2" w:themeColor="accent4" w:sz="8" w:space="0"/>
        <w:insideV w:val="single" w:color="8064A2" w:themeColor="accent4" w:sz="8" w:space="0"/>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color="8064A2" w:themeColor="accent4" w:sz="6" w:space="0"/>
          <w:insideV w:val="single" w:color="8064A2" w:themeColor="accent4" w:sz="6" w:space="0"/>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4BACC6" w:themeColor="accent5" w:sz="8" w:space="0"/>
        <w:left w:val="single" w:color="4BACC6" w:themeColor="accent5" w:sz="8" w:space="0"/>
        <w:bottom w:val="single" w:color="4BACC6" w:themeColor="accent5" w:sz="8" w:space="0"/>
        <w:right w:val="single" w:color="4BACC6" w:themeColor="accent5" w:sz="8" w:space="0"/>
        <w:insideH w:val="single" w:color="4BACC6" w:themeColor="accent5" w:sz="8" w:space="0"/>
        <w:insideV w:val="single" w:color="4BACC6" w:themeColor="accent5" w:sz="8" w:space="0"/>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color="4BACC6" w:themeColor="accent5" w:sz="6" w:space="0"/>
          <w:insideV w:val="single" w:color="4BACC6" w:themeColor="accent5" w:sz="6" w:space="0"/>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hAnsiTheme="majorHAnsi" w:eastAsiaTheme="majorEastAsia" w:cstheme="majorBidi"/>
      <w:color w:val="000000" w:themeColor="text1"/>
    </w:rPr>
    <w:tblPr>
      <w:tblStyleRowBandSize w:val="1"/>
      <w:tblStyleColBandSize w:val="1"/>
      <w:tblBorders>
        <w:top w:val="single" w:color="F79646" w:themeColor="accent6" w:sz="8" w:space="0"/>
        <w:left w:val="single" w:color="F79646" w:themeColor="accent6" w:sz="8" w:space="0"/>
        <w:bottom w:val="single" w:color="F79646" w:themeColor="accent6" w:sz="8" w:space="0"/>
        <w:right w:val="single" w:color="F79646" w:themeColor="accent6" w:sz="8" w:space="0"/>
        <w:insideH w:val="single" w:color="F79646" w:themeColor="accent6" w:sz="8" w:space="0"/>
        <w:insideV w:val="single" w:color="F79646" w:themeColor="accent6" w:sz="8" w:space="0"/>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color="000000" w:themeColor="text1" w:sz="12" w:space="0"/>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color="F79646" w:themeColor="accent6" w:sz="6" w:space="0"/>
          <w:insideV w:val="single" w:color="F79646" w:themeColor="accent6" w:sz="6" w:space="0"/>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C0C0C0" w:themeFill="tex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000000" w:themeFill="tex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000000" w:themeFill="tex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000000" w:themeFill="tex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000000" w:themeFill="tex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808080" w:themeFill="tex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3DFEE" w:themeFill="accent1"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F81BD" w:themeFill="accent1"/>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F81BD" w:themeFill="accent1"/>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F81BD" w:themeFill="accent1"/>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F81BD" w:themeFill="accent1"/>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7BFDE" w:themeFill="accent1"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FD3D2" w:themeFill="accent2"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C0504D" w:themeFill="accent2"/>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C0504D" w:themeFill="accent2"/>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C0504D" w:themeFill="accent2"/>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C0504D" w:themeFill="accent2"/>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DFA7A6" w:themeFill="accent2"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E6EED5" w:themeFill="accent3"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9BBB59" w:themeFill="accent3"/>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9BBB59" w:themeFill="accent3"/>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9BBB59" w:themeFill="accent3"/>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9BBB59" w:themeFill="accent3"/>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CDDDAC" w:themeFill="accent3"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FD8E8" w:themeFill="accent4"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8064A2" w:themeFill="accent4"/>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8064A2" w:themeFill="accent4"/>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8064A2" w:themeFill="accent4"/>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8064A2" w:themeFill="accent4"/>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BFB1D0" w:themeFill="accent4"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D2EAF1" w:themeFill="accent5"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4BACC6" w:themeFill="accent5"/>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4BACC6" w:themeFill="accent5"/>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4BACC6" w:themeFill="accent5"/>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4BACC6" w:themeFill="accent5"/>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A5D5E2" w:themeFill="accent5"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6" w:space="0"/>
        <w:insideV w:val="single" w:color="FFFFFF" w:themeColor="background1" w:sz="6" w:space="0"/>
      </w:tblBorders>
    </w:tblPr>
    <w:tcPr>
      <w:shd w:val="clear" w:color="auto" w:fill="FDE4D0" w:themeFill="accent6" w:themeFillTint="3F"/>
    </w:tcPr>
    <w:tblStylePr w:type="firstRow">
      <w:rPr>
        <w:b/>
        <w:bCs/>
        <w:i w:val="0"/>
        <w:iCs w:val="0"/>
        <w:color w:val="FFFFFF" w:themeColor="background1"/>
      </w:rPr>
      <w:tblPr/>
      <w:tcPr>
        <w:tcBorders>
          <w:top w:val="single" w:color="FFFFFF" w:themeColor="background1" w:sz="8" w:space="0"/>
          <w:left w:val="single" w:color="FFFFFF" w:themeColor="background1" w:sz="8" w:space="0"/>
          <w:bottom w:val="single" w:color="FFFFFF" w:themeColor="background1" w:sz="24" w:space="0"/>
          <w:right w:val="single" w:color="FFFFFF" w:themeColor="background1" w:sz="8" w:space="0"/>
          <w:insideH w:val="nil"/>
          <w:insideV w:val="single" w:color="FFFFFF" w:themeColor="background1" w:sz="8" w:space="0"/>
        </w:tcBorders>
        <w:shd w:val="clear" w:color="auto" w:fill="F79646" w:themeFill="accent6"/>
      </w:tcPr>
    </w:tblStylePr>
    <w:tblStylePr w:type="lastRow">
      <w:rPr>
        <w:b/>
        <w:bCs/>
        <w:i w:val="0"/>
        <w:iCs w:val="0"/>
        <w:color w:val="FFFFFF" w:themeColor="background1"/>
      </w:rPr>
      <w:tblPr/>
      <w:tcPr>
        <w:tcBorders>
          <w:top w:val="single" w:color="FFFFFF" w:themeColor="background1" w:sz="24" w:space="0"/>
          <w:left w:val="single" w:color="FFFFFF" w:themeColor="background1" w:sz="8" w:space="0"/>
          <w:bottom w:val="single" w:color="FFFFFF" w:themeColor="background1" w:sz="8" w:space="0"/>
          <w:right w:val="single" w:color="FFFFFF" w:themeColor="background1" w:sz="8" w:space="0"/>
          <w:insideH w:val="nil"/>
          <w:insideV w:val="single" w:color="FFFFFF" w:themeColor="background1" w:sz="8" w:space="0"/>
        </w:tcBorders>
        <w:shd w:val="clear" w:color="auto" w:fill="F79646" w:themeFill="accent6"/>
      </w:tcPr>
    </w:tblStylePr>
    <w:tblStylePr w:type="firstCol">
      <w:rPr>
        <w:b/>
        <w:bCs/>
        <w:i w:val="0"/>
        <w:iCs w:val="0"/>
        <w:color w:val="FFFFFF" w:themeColor="background1"/>
      </w:rPr>
      <w:tblPr/>
      <w:tcPr>
        <w:tcBorders>
          <w:left w:val="single" w:color="FFFFFF" w:themeColor="background1" w:sz="8" w:space="0"/>
          <w:right w:val="single" w:color="FFFFFF" w:themeColor="background1" w:sz="24" w:space="0"/>
          <w:insideH w:val="nil"/>
          <w:insideV w:val="nil"/>
        </w:tcBorders>
        <w:shd w:val="clear" w:color="auto" w:fill="F79646" w:themeFill="accent6"/>
      </w:tcPr>
    </w:tblStylePr>
    <w:tblStylePr w:type="lastCol">
      <w:rPr>
        <w:b/>
        <w:bCs/>
        <w:i w:val="0"/>
        <w:iCs w:val="0"/>
        <w:color w:val="FFFFFF" w:themeColor="background1"/>
      </w:rPr>
      <w:tblPr/>
      <w:tcPr>
        <w:tcBorders>
          <w:top w:val="nil"/>
          <w:left w:val="single" w:color="FFFFFF" w:themeColor="background1" w:sz="24" w:space="0"/>
          <w:bottom w:val="nil"/>
          <w:right w:val="nil"/>
          <w:insideH w:val="nil"/>
          <w:insideV w:val="nil"/>
        </w:tcBorders>
        <w:shd w:val="clear" w:color="auto" w:fill="F79646" w:themeFill="accent6"/>
      </w:tcPr>
    </w:tblStylePr>
    <w:tblStylePr w:type="band1Vert">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nil"/>
          <w:insideV w:val="nil"/>
        </w:tcBorders>
        <w:shd w:val="clear" w:color="auto" w:fill="FBCAA2" w:themeFill="accent6" w:themeFillTint="7F"/>
      </w:tcPr>
    </w:tblStylePr>
    <w:tblStylePr w:type="band1Horz">
      <w:tblPr/>
      <w:tcPr>
        <w:tcBorders>
          <w:top w:val="single" w:color="FFFFFF" w:themeColor="background1" w:sz="8" w:space="0"/>
          <w:left w:val="single" w:color="FFFFFF" w:themeColor="background1" w:sz="8" w:space="0"/>
          <w:bottom w:val="single" w:color="FFFFFF" w:themeColor="background1" w:sz="8" w:space="0"/>
          <w:right w:val="single" w:color="FFFFFF" w:themeColor="background1" w:sz="8" w:space="0"/>
          <w:insideH w:val="single" w:color="FFFFFF" w:themeColor="background1" w:sz="8" w:space="0"/>
          <w:insideV w:val="single" w:color="FFFFFF" w:themeColor="background1" w:sz="8" w:space="0"/>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color="FFFFFF" w:themeColor="background1" w:sz="18" w:space="0"/>
          <w:insideH w:val="nil"/>
          <w:insideV w:val="nil"/>
        </w:tcBorders>
        <w:shd w:val="clear" w:color="auto" w:fill="000000" w:themeFill="text1" w:themeFillShade="BF"/>
      </w:tcPr>
    </w:tblStylePr>
    <w:tblStylePr w:type="lastCol">
      <w:tblPr/>
      <w:tcPr>
        <w:tcBorders>
          <w:top w:val="nil"/>
          <w:left w:val="single" w:color="FFFFFF" w:themeColor="background1" w:sz="18" w:space="0"/>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color="FFFFFF" w:themeColor="background1" w:sz="18" w:space="0"/>
          <w:insideH w:val="nil"/>
          <w:insideV w:val="nil"/>
        </w:tcBorders>
        <w:shd w:val="clear" w:color="auto" w:fill="365F91" w:themeFill="accent1" w:themeFillShade="BF"/>
      </w:tcPr>
    </w:tblStylePr>
    <w:tblStylePr w:type="lastCol">
      <w:tblPr/>
      <w:tcPr>
        <w:tcBorders>
          <w:top w:val="nil"/>
          <w:left w:val="single" w:color="FFFFFF" w:themeColor="background1" w:sz="18" w:space="0"/>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color="FFFFFF" w:themeColor="background1" w:sz="18" w:space="0"/>
          <w:insideH w:val="nil"/>
          <w:insideV w:val="nil"/>
        </w:tcBorders>
        <w:shd w:val="clear" w:color="auto" w:fill="943634" w:themeFill="accent2" w:themeFillShade="BF"/>
      </w:tcPr>
    </w:tblStylePr>
    <w:tblStylePr w:type="lastCol">
      <w:tblPr/>
      <w:tcPr>
        <w:tcBorders>
          <w:top w:val="nil"/>
          <w:left w:val="single" w:color="FFFFFF" w:themeColor="background1" w:sz="18" w:space="0"/>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color="FFFFFF" w:themeColor="background1" w:sz="18" w:space="0"/>
          <w:insideH w:val="nil"/>
          <w:insideV w:val="nil"/>
        </w:tcBorders>
        <w:shd w:val="clear" w:color="auto" w:fill="76923C" w:themeFill="accent3" w:themeFillShade="BF"/>
      </w:tcPr>
    </w:tblStylePr>
    <w:tblStylePr w:type="lastCol">
      <w:tblPr/>
      <w:tcPr>
        <w:tcBorders>
          <w:top w:val="nil"/>
          <w:left w:val="single" w:color="FFFFFF" w:themeColor="background1" w:sz="18" w:space="0"/>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color="FFFFFF" w:themeColor="background1" w:sz="18" w:space="0"/>
          <w:insideH w:val="nil"/>
          <w:insideV w:val="nil"/>
        </w:tcBorders>
        <w:shd w:val="clear" w:color="auto" w:fill="5F497A" w:themeFill="accent4" w:themeFillShade="BF"/>
      </w:tcPr>
    </w:tblStylePr>
    <w:tblStylePr w:type="lastCol">
      <w:tblPr/>
      <w:tcPr>
        <w:tcBorders>
          <w:top w:val="nil"/>
          <w:left w:val="single" w:color="FFFFFF" w:themeColor="background1" w:sz="18" w:space="0"/>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color="FFFFFF" w:themeColor="background1" w:sz="18" w:space="0"/>
          <w:insideH w:val="nil"/>
          <w:insideV w:val="nil"/>
        </w:tcBorders>
        <w:shd w:val="clear" w:color="auto" w:fill="31849B" w:themeFill="accent5" w:themeFillShade="BF"/>
      </w:tcPr>
    </w:tblStylePr>
    <w:tblStylePr w:type="lastCol">
      <w:tblPr/>
      <w:tcPr>
        <w:tcBorders>
          <w:top w:val="nil"/>
          <w:left w:val="single" w:color="FFFFFF" w:themeColor="background1" w:sz="18" w:space="0"/>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color="FFFFFF" w:themeColor="background1" w:sz="18" w:space="0"/>
          <w:right w:val="nil"/>
          <w:insideH w:val="nil"/>
          <w:insideV w:val="nil"/>
        </w:tcBorders>
        <w:shd w:val="clear" w:color="auto" w:fill="000000" w:themeFill="text1"/>
      </w:tcPr>
    </w:tblStylePr>
    <w:tblStylePr w:type="lastRow">
      <w:tblPr/>
      <w:tcPr>
        <w:tcBorders>
          <w:top w:val="single" w:color="FFFFFF" w:themeColor="background1" w:sz="18" w:space="0"/>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color="FFFFFF" w:themeColor="background1" w:sz="18" w:space="0"/>
          <w:insideH w:val="nil"/>
          <w:insideV w:val="nil"/>
        </w:tcBorders>
        <w:shd w:val="clear" w:color="auto" w:fill="E36C0A" w:themeFill="accent6" w:themeFillShade="BF"/>
      </w:tcPr>
    </w:tblStylePr>
    <w:tblStylePr w:type="lastCol">
      <w:tblPr/>
      <w:tcPr>
        <w:tcBorders>
          <w:top w:val="nil"/>
          <w:left w:val="single" w:color="FFFFFF" w:themeColor="background1" w:sz="18" w:space="0"/>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000000" w:themeColor="text1" w:sz="4" w:space="0"/>
        <w:bottom w:val="single" w:color="000000" w:themeColor="text1" w:sz="4" w:space="0"/>
        <w:right w:val="single" w:color="000000" w:themeColor="text1" w:sz="4" w:space="0"/>
        <w:insideH w:val="single" w:color="FFFFFF" w:themeColor="background1" w:sz="4" w:space="0"/>
        <w:insideV w:val="single" w:color="FFFFFF" w:themeColor="background1" w:sz="4" w:space="0"/>
      </w:tblBorders>
    </w:tblPr>
    <w:tcPr>
      <w:shd w:val="clear" w:color="auto" w:fill="E6E6E6" w:themeFill="tex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color="000000" w:themeColor="text1" w:themeShade="99" w:sz="4" w:space="0"/>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4F81BD" w:themeColor="accent1" w:sz="4" w:space="0"/>
        <w:bottom w:val="single" w:color="4F81BD" w:themeColor="accent1" w:sz="4" w:space="0"/>
        <w:right w:val="single" w:color="4F81BD" w:themeColor="accent1" w:sz="4" w:space="0"/>
        <w:insideH w:val="single" w:color="FFFFFF" w:themeColor="background1" w:sz="4" w:space="0"/>
        <w:insideV w:val="single" w:color="FFFFFF" w:themeColor="background1" w:sz="4" w:space="0"/>
      </w:tblBorders>
    </w:tblPr>
    <w:tcPr>
      <w:shd w:val="clear" w:color="auto" w:fill="EDF2F8" w:themeFill="accent1"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color="2C4C74" w:themeColor="accent1" w:themeShade="99" w:sz="4" w:space="0"/>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color="C0504D" w:themeColor="accent2" w:sz="24" w:space="0"/>
        <w:left w:val="single" w:color="C0504D" w:themeColor="accent2" w:sz="4" w:space="0"/>
        <w:bottom w:val="single" w:color="C0504D" w:themeColor="accent2" w:sz="4" w:space="0"/>
        <w:right w:val="single" w:color="C0504D" w:themeColor="accent2" w:sz="4" w:space="0"/>
        <w:insideH w:val="single" w:color="FFFFFF" w:themeColor="background1" w:sz="4" w:space="0"/>
        <w:insideV w:val="single" w:color="FFFFFF" w:themeColor="background1" w:sz="4" w:space="0"/>
      </w:tblBorders>
    </w:tblPr>
    <w:tcPr>
      <w:shd w:val="clear" w:color="auto" w:fill="F8EDED" w:themeFill="accent2" w:themeFillTint="19"/>
    </w:tcPr>
    <w:tblStylePr w:type="firstRow">
      <w:rPr>
        <w:b/>
        <w:bCs/>
      </w:rPr>
      <w:tblPr/>
      <w:tcPr>
        <w:tcBorders>
          <w:top w:val="nil"/>
          <w:left w:val="nil"/>
          <w:bottom w:val="single" w:color="C0504D" w:themeColor="accent2"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color="772C2A" w:themeColor="accent2" w:themeShade="99" w:sz="4" w:space="0"/>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color="8064A2" w:themeColor="accent4" w:sz="24" w:space="0"/>
        <w:left w:val="single" w:color="9BBB59" w:themeColor="accent3" w:sz="4" w:space="0"/>
        <w:bottom w:val="single" w:color="9BBB59" w:themeColor="accent3" w:sz="4" w:space="0"/>
        <w:right w:val="single" w:color="9BBB59" w:themeColor="accent3" w:sz="4" w:space="0"/>
        <w:insideH w:val="single" w:color="FFFFFF" w:themeColor="background1" w:sz="4" w:space="0"/>
        <w:insideV w:val="single" w:color="FFFFFF" w:themeColor="background1" w:sz="4" w:space="0"/>
      </w:tblBorders>
    </w:tblPr>
    <w:tcPr>
      <w:shd w:val="clear" w:color="auto" w:fill="F5F8EE" w:themeFill="accent3" w:themeFillTint="19"/>
    </w:tcPr>
    <w:tblStylePr w:type="firstRow">
      <w:rPr>
        <w:b/>
        <w:bCs/>
      </w:rPr>
      <w:tblPr/>
      <w:tcPr>
        <w:tcBorders>
          <w:top w:val="nil"/>
          <w:left w:val="nil"/>
          <w:bottom w:val="single" w:color="8064A2" w:themeColor="accent4"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color="5E7530" w:themeColor="accent3" w:themeShade="99" w:sz="4" w:space="0"/>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color="9BBB59" w:themeColor="accent3" w:sz="24" w:space="0"/>
        <w:left w:val="single" w:color="8064A2" w:themeColor="accent4" w:sz="4" w:space="0"/>
        <w:bottom w:val="single" w:color="8064A2" w:themeColor="accent4" w:sz="4" w:space="0"/>
        <w:right w:val="single" w:color="8064A2" w:themeColor="accent4" w:sz="4" w:space="0"/>
        <w:insideH w:val="single" w:color="FFFFFF" w:themeColor="background1" w:sz="4" w:space="0"/>
        <w:insideV w:val="single" w:color="FFFFFF" w:themeColor="background1" w:sz="4" w:space="0"/>
      </w:tblBorders>
    </w:tblPr>
    <w:tcPr>
      <w:shd w:val="clear" w:color="auto" w:fill="F2EFF6" w:themeFill="accent4" w:themeFillTint="19"/>
    </w:tcPr>
    <w:tblStylePr w:type="firstRow">
      <w:rPr>
        <w:b/>
        <w:bCs/>
      </w:rPr>
      <w:tblPr/>
      <w:tcPr>
        <w:tcBorders>
          <w:top w:val="nil"/>
          <w:left w:val="nil"/>
          <w:bottom w:val="single" w:color="9BBB59" w:themeColor="accent3"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color="4C3B62" w:themeColor="accent4" w:themeShade="99" w:sz="4" w:space="0"/>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color="F79646" w:themeColor="accent6" w:sz="24" w:space="0"/>
        <w:left w:val="single" w:color="4BACC6" w:themeColor="accent5" w:sz="4" w:space="0"/>
        <w:bottom w:val="single" w:color="4BACC6" w:themeColor="accent5" w:sz="4" w:space="0"/>
        <w:right w:val="single" w:color="4BACC6" w:themeColor="accent5" w:sz="4" w:space="0"/>
        <w:insideH w:val="single" w:color="FFFFFF" w:themeColor="background1" w:sz="4" w:space="0"/>
        <w:insideV w:val="single" w:color="FFFFFF" w:themeColor="background1" w:sz="4" w:space="0"/>
      </w:tblBorders>
    </w:tblPr>
    <w:tcPr>
      <w:shd w:val="clear" w:color="auto" w:fill="EDF6F9" w:themeFill="accent5" w:themeFillTint="19"/>
    </w:tcPr>
    <w:tblStylePr w:type="firstRow">
      <w:rPr>
        <w:b/>
        <w:bCs/>
      </w:rPr>
      <w:tblPr/>
      <w:tcPr>
        <w:tcBorders>
          <w:top w:val="nil"/>
          <w:left w:val="nil"/>
          <w:bottom w:val="single" w:color="F79646" w:themeColor="accent6"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color="276A7C" w:themeColor="accent5" w:themeShade="99" w:sz="4" w:space="0"/>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color="4BACC6" w:themeColor="accent5" w:sz="24" w:space="0"/>
        <w:left w:val="single" w:color="F79646" w:themeColor="accent6" w:sz="4" w:space="0"/>
        <w:bottom w:val="single" w:color="F79646" w:themeColor="accent6" w:sz="4" w:space="0"/>
        <w:right w:val="single" w:color="F79646" w:themeColor="accent6" w:sz="4" w:space="0"/>
        <w:insideH w:val="single" w:color="FFFFFF" w:themeColor="background1" w:sz="4" w:space="0"/>
        <w:insideV w:val="single" w:color="FFFFFF" w:themeColor="background1" w:sz="4" w:space="0"/>
      </w:tblBorders>
    </w:tblPr>
    <w:tcPr>
      <w:shd w:val="clear" w:color="auto" w:fill="FEF4EC" w:themeFill="accent6" w:themeFillTint="19"/>
    </w:tcPr>
    <w:tblStylePr w:type="firstRow">
      <w:rPr>
        <w:b/>
        <w:bCs/>
      </w:rPr>
      <w:tblPr/>
      <w:tcPr>
        <w:tcBorders>
          <w:top w:val="nil"/>
          <w:left w:val="nil"/>
          <w:bottom w:val="single" w:color="4BACC6" w:themeColor="accent5" w:sz="24" w:space="0"/>
          <w:right w:val="nil"/>
          <w:insideH w:val="nil"/>
          <w:insideV w:val="nil"/>
        </w:tcBorders>
        <w:shd w:val="clear" w:color="auto" w:fill="FFFFFF" w:themeFill="background1"/>
      </w:tcPr>
    </w:tblStylePr>
    <w:tblStylePr w:type="lastRow">
      <w:rPr>
        <w:b/>
        <w:bCs/>
        <w:color w:val="FFFFFF" w:themeColor="background1"/>
      </w:rPr>
      <w:tblPr/>
      <w:tcPr>
        <w:tcBorders>
          <w:top w:val="single" w:color="FFFFFF" w:themeColor="background1" w:sz="6" w:space="0"/>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color="B65608" w:themeColor="accent6" w:themeShade="99" w:sz="4" w:space="0"/>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color="FFFFFF" w:themeColor="background1" w:sz="12" w:space="0"/>
        </w:tcBorders>
        <w:shd w:val="clear" w:color="auto" w:fill="9E3A38" w:themeFill="accent2" w:themeFillShade="CC"/>
      </w:tcPr>
    </w:tblStylePr>
    <w:tblStylePr w:type="lastRow">
      <w:rPr>
        <w:b/>
        <w:bCs/>
        <w:color w:val="9E3A38" w:themeColor="accent2"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color="FFFFFF" w:themeColor="background1" w:sz="12" w:space="0"/>
        </w:tcBorders>
        <w:shd w:val="clear" w:color="auto" w:fill="664E82" w:themeFill="accent4" w:themeFillShade="CC"/>
      </w:tcPr>
    </w:tblStylePr>
    <w:tblStylePr w:type="lastRow">
      <w:rPr>
        <w:b/>
        <w:bCs/>
        <w:color w:val="664E82" w:themeColor="accent4"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color="FFFFFF" w:themeColor="background1" w:sz="12" w:space="0"/>
        </w:tcBorders>
        <w:shd w:val="clear" w:color="auto" w:fill="7E9C40" w:themeFill="accent3" w:themeFillShade="CC"/>
      </w:tcPr>
    </w:tblStylePr>
    <w:tblStylePr w:type="lastRow">
      <w:rPr>
        <w:b/>
        <w:bCs/>
        <w:color w:val="7E9C40" w:themeColor="accent3"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color="FFFFFF" w:themeColor="background1" w:sz="12" w:space="0"/>
        </w:tcBorders>
        <w:shd w:val="clear" w:color="auto" w:fill="F2730A" w:themeFill="accent6" w:themeFillShade="CC"/>
      </w:tcPr>
    </w:tblStylePr>
    <w:tblStylePr w:type="lastRow">
      <w:rPr>
        <w:b/>
        <w:bCs/>
        <w:color w:val="F2730A" w:themeColor="accent6"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color="FFFFFF" w:themeColor="background1" w:sz="12" w:space="0"/>
        </w:tcBorders>
        <w:shd w:val="clear" w:color="auto" w:fill="348DA5" w:themeFill="accent5" w:themeFillShade="CC"/>
      </w:tcPr>
    </w:tblStylePr>
    <w:tblStylePr w:type="lastRow">
      <w:rPr>
        <w:b/>
        <w:bCs/>
        <w:color w:val="348DA5" w:themeColor="accent5" w:themeShade="CC"/>
      </w:rPr>
      <w:tblPr/>
      <w:tcPr>
        <w:tcBorders>
          <w:top w:val="single" w:color="000000" w:themeColor="text1" w:sz="12" w:space="0"/>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color="FFFFFF" w:themeColor="background1" w:sz="4" w:space="0"/>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fontTable" Target="fontTable.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eader" Target="header1.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theme" Target="theme/theme1.xml" Id="rId14" /></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A3B4E1173D25E445BAB78453C383D9CC" ma:contentTypeVersion="19" ma:contentTypeDescription="Create a new document." ma:contentTypeScope="" ma:versionID="90e76e1a101e8b73c401ffc50ab39bb6">
  <xsd:schema xmlns:xsd="http://www.w3.org/2001/XMLSchema" xmlns:xs="http://www.w3.org/2001/XMLSchema" xmlns:p="http://schemas.microsoft.com/office/2006/metadata/properties" xmlns:ns2="7e9a688b-fb55-4fff-80d4-668636cf2287" xmlns:ns3="653c2207-d4f3-4719-83da-230302cb7452" targetNamespace="http://schemas.microsoft.com/office/2006/metadata/properties" ma:root="true" ma:fieldsID="a44e988e0e38e16355b28a876f10560b" ns2:_="" ns3:_="">
    <xsd:import namespace="7e9a688b-fb55-4fff-80d4-668636cf2287"/>
    <xsd:import namespace="653c2207-d4f3-4719-83da-230302cb745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Startdatumovk" minOccurs="0"/>
                <xsd:element ref="ns2:Nagekekendoorafdeling" minOccurs="0"/>
                <xsd:element ref="ns2:Proc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e9a688b-fb55-4fff-80d4-668636cf228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457f80a3-1b89-47cf-9b9a-6a159bcd8617" ma:termSetId="09814cd3-568e-fe90-9814-8d621ff8fb84" ma:anchorId="fba54fb3-c3e1-fe81-a776-ca4b69148c4d" ma:open="true" ma:isKeyword="false">
      <xsd:complexType>
        <xsd:sequence>
          <xsd:element ref="pc:Terms" minOccurs="0" maxOccurs="1"/>
        </xsd:sequence>
      </xsd:complexType>
    </xsd:element>
    <xsd:element name="MediaServiceDateTaken" ma:index="17" nillable="true" ma:displayName="MediaServiceDateTaken" ma:hidden="true" ma:indexed="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Startdatumovk" ma:index="21" nillable="true" ma:displayName="Startdatum ovk" ma:format="Dropdown" ma:internalName="Startdatumovk">
      <xsd:simpleType>
        <xsd:restriction base="dms:Text">
          <xsd:maxLength value="255"/>
        </xsd:restriction>
      </xsd:simpleType>
    </xsd:element>
    <xsd:element name="Nagekekendoorafdeling" ma:index="22" nillable="true" ma:displayName="Nagekeken door afdeling" ma:format="Dropdown" ma:internalName="Nagekekendoorafdeling">
      <xsd:simpleType>
        <xsd:restriction base="dms:Choice">
          <xsd:enumeration value="Goedgekeurd"/>
          <xsd:enumeration value="In nazicht"/>
          <xsd:enumeration value="Afgekeurd"/>
        </xsd:restriction>
      </xsd:simpleType>
    </xsd:element>
    <xsd:element name="Proces" ma:index="23" nillable="true" ma:displayName="Proces" ma:format="Dropdown" ma:internalName="Proces">
      <xsd:simpleType>
        <xsd:restriction base="dms:Choice">
          <xsd:enumeration value="Onboarding"/>
          <xsd:enumeration value="Rekrutering"/>
          <xsd:enumeration value="Offboarding"/>
          <xsd:enumeration value="Verzuim"/>
          <xsd:enumeration value="Evaluaties"/>
        </xsd:restriction>
      </xsd:simpleType>
    </xsd:element>
    <xsd:element name="MediaServiceBillingMetadata" ma:index="24"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653c2207-d4f3-4719-83da-230302cb7452"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7118e7df-4741-4a30-a797-cb0e27a9480a}" ma:internalName="TaxCatchAll" ma:showField="CatchAllData" ma:web="653c2207-d4f3-4719-83da-230302cb74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roces xmlns="7e9a688b-fb55-4fff-80d4-668636cf2287" xsi:nil="true"/>
    <Startdatumovk xmlns="7e9a688b-fb55-4fff-80d4-668636cf2287" xsi:nil="true"/>
    <Nagekekendoorafdeling xmlns="7e9a688b-fb55-4fff-80d4-668636cf2287" xsi:nil="true"/>
    <TaxCatchAll xmlns="653c2207-d4f3-4719-83da-230302cb7452" xsi:nil="true"/>
    <lcf76f155ced4ddcb4097134ff3c332f xmlns="7e9a688b-fb55-4fff-80d4-668636cf2287">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customXml/itemProps2.xml><?xml version="1.0" encoding="utf-8"?>
<ds:datastoreItem xmlns:ds="http://schemas.openxmlformats.org/officeDocument/2006/customXml" ds:itemID="{A6FB4BA8-2EC4-4371-829C-7C68C24170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e9a688b-fb55-4fff-80d4-668636cf2287"/>
    <ds:schemaRef ds:uri="653c2207-d4f3-4719-83da-230302cb745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9C031A3-DDE2-4114-860D-8933057633BA}">
  <ds:schemaRefs>
    <ds:schemaRef ds:uri="http://schemas.microsoft.com/sharepoint/v3/contenttype/forms"/>
  </ds:schemaRefs>
</ds:datastoreItem>
</file>

<file path=customXml/itemProps4.xml><?xml version="1.0" encoding="utf-8"?>
<ds:datastoreItem xmlns:ds="http://schemas.openxmlformats.org/officeDocument/2006/customXml" ds:itemID="{94F4DCE4-5ABF-47C2-874A-CEE9654FAAEB}">
  <ds:schemaRefs>
    <ds:schemaRef ds:uri="http://schemas.microsoft.com/office/2006/metadata/properties"/>
    <ds:schemaRef ds:uri="http://schemas.microsoft.com/office/infopath/2007/PartnerControls"/>
    <ds:schemaRef ds:uri="7e9a688b-fb55-4fff-80d4-668636cf2287"/>
    <ds:schemaRef ds:uri="653c2207-d4f3-4719-83da-230302cb7452"/>
  </ds:schemaRefs>
</ds:datastoreItem>
</file>

<file path=docMetadata/LabelInfo.xml><?xml version="1.0" encoding="utf-8"?>
<clbl:labelList xmlns:clbl="http://schemas.microsoft.com/office/2020/mipLabelMetadata">
  <clbl:label id="{26d5fc24-b784-46fc-a4e4-6f7bfd276777}" enabled="0" method="" siteId="{26d5fc24-b784-46fc-a4e4-6f7bfd276777}" removed="1"/>
</clbl:labelList>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Manager/>
  <ap:Company/>
  <ap:SharedDoc>false</ap:SharedDoc>
  <ap:HyperlinkBase/>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python-docx</dc:creator>
  <keywords/>
  <dc:description>generated by python-docx</dc:description>
  <lastModifiedBy>Allysia Wyten</lastModifiedBy>
  <revision>13</revision>
  <lastPrinted>2026-02-18T13:29:00.0000000Z</lastPrinted>
  <dcterms:created xsi:type="dcterms:W3CDTF">2026-08-21T08:50:00.0000000Z</dcterms:created>
  <dcterms:modified xsi:type="dcterms:W3CDTF">2026-09-07T09:28:18.9278151Z</dcterms:modified>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0x010100A3B4E1173D25E445BAB78453C383D9CC</vt:lpwstr>
  </property>
  <property fmtid="{D5CDD505-2E9C-101B-9397-08002B2CF9AE}" pid="3" name="MediaServiceImageTags">
    <vt:lpwstr/>
  </property>
  <property fmtid="{D5CDD505-2E9C-101B-9397-08002B2CF9AE}" pid="4" name="docLang">
    <vt:lpwstr>nl</vt:lpwstr>
  </property>
</Properties>
</file>