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4BB9" w:rsidR="001B7D99" w:rsidP="00B44D1E" w:rsidRDefault="001B7D99" w14:paraId="46629F55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7C4BB9" w:rsidP="00B44D1E" w:rsidRDefault="007C4BB9" w14:paraId="59AB6000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="001B7D99" w:rsidP="00B44D1E" w:rsidRDefault="001B7D99" w14:paraId="74F6C917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973CBE" w:rsidP="00B44D1E" w:rsidRDefault="00973CBE" w14:paraId="7339F2F0" w14:textId="77777777">
      <w:pPr>
        <w:rPr>
          <w:rFonts w:ascii="Aptos" w:hAnsi="Aptos" w:cs="Arial"/>
          <w:b/>
          <w:bCs/>
          <w:color w:val="365F91" w:themeColor="accent1" w:themeShade="BF"/>
          <w:lang w:val="nl-NL"/>
        </w:rPr>
      </w:pPr>
    </w:p>
    <w:p w:rsidRPr="007C4BB9" w:rsidR="006C6F96" w:rsidP="0517652B" w:rsidRDefault="00710312" w14:paraId="25D657A7" w14:textId="421BE292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0517652B" w:rsidR="719A6A2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Social Law – First-year trainee 2027</w:t>
      </w:r>
    </w:p>
    <w:p w:rsidRPr="007C4BB9" w:rsidR="006C6F96" w:rsidP="0517652B" w:rsidRDefault="00710312" w14:paraId="2DC945A5" w14:textId="6DC367E7">
      <w:pPr>
        <w:pStyle w:val="Normal"/>
        <w:suppressLineNumbers w:val="0"/>
        <w:bidi w:val="0"/>
        <w:spacing w:before="0" w:beforeAutospacing="off" w:after="200" w:afterAutospacing="off" w:line="276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Are you an ambitious first-year trainee with a keen interest in</w:t>
      </w:r>
      <w:r w:rsidRPr="0517652B" w:rsidR="719A6A2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 social law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? If so, we can offer you the chance to be part of a specialist team from day one, surrounded by motivated colleagues. 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You’ll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 xml:space="preserve"> be given responsibility early on, plenty of scope to grow and the opportunity to carve out your own niche within a stimulating and practice-oriented environment.</w:t>
      </w:r>
    </w:p>
    <w:p w:rsidRPr="007C4BB9" w:rsidR="006C6F96" w:rsidP="0517652B" w:rsidRDefault="00710312" w14:paraId="7A6A4F2F" w14:textId="6E18E378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You’ll be based in Antwerp or Brussels.</w:t>
      </w:r>
    </w:p>
    <w:p w:rsidRPr="007C4BB9" w:rsidR="006C6F96" w:rsidP="0517652B" w:rsidRDefault="00710312" w14:paraId="74499295" w14:textId="26DC56C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Pr="007C4BB9" w:rsidR="006C6F96" w:rsidP="0517652B" w:rsidRDefault="00710312" w14:paraId="4C69594F" w14:textId="71205C3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0517652B" w:rsidR="719A6A2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Profile</w:t>
      </w:r>
    </w:p>
    <w:p w:rsidRPr="007C4BB9" w:rsidR="006C6F96" w:rsidP="0517652B" w:rsidRDefault="00710312" w14:paraId="24EB486A" w14:textId="02D82CCE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hold a Master’s degree in Belgian Law.</w:t>
      </w:r>
    </w:p>
    <w:p w:rsidRPr="007C4BB9" w:rsidR="006C6F96" w:rsidP="0517652B" w:rsidRDefault="00710312" w14:paraId="7BB8D418" w14:textId="7F0B218C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have an excellent command of Dutch and a good command of French and English, both spoken and written.</w:t>
      </w:r>
    </w:p>
    <w:p w:rsidRPr="007C4BB9" w:rsidR="006C6F96" w:rsidP="0517652B" w:rsidRDefault="00710312" w14:paraId="2177C321" w14:textId="4253A391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You can demonstrate academic results that reflect your strong legal insight and problem-solving skills.</w:t>
      </w:r>
    </w:p>
    <w:p w:rsidRPr="007C4BB9" w:rsidR="006C6F96" w:rsidP="0517652B" w:rsidRDefault="00710312" w14:paraId="634C038D" w14:textId="70C9C4DE">
      <w:pPr>
        <w:pStyle w:val="ListParagraph"/>
        <w:numPr>
          <w:ilvl w:val="0"/>
          <w:numId w:val="17"/>
        </w:numPr>
        <w:suppressLineNumbers w:val="0"/>
        <w:bidi w:val="0"/>
        <w:spacing w:before="0" w:beforeAutospacing="off" w:after="200" w:afterAutospacing="off" w:line="276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You have a strong interest in </w:t>
      </w:r>
      <w:r w:rsidRPr="0517652B" w:rsidR="719A6A2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social law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and are 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motivated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to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further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develop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your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expertise 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within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this</w:t>
      </w: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 xml:space="preserve"> legal field.</w:t>
      </w:r>
    </w:p>
    <w:p w:rsidRPr="007C4BB9" w:rsidR="006C6F96" w:rsidP="0517652B" w:rsidRDefault="00710312" w14:paraId="7E03845D" w14:textId="47147361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combine strong analytical skills with a healthy, assertive attitude and are a team player who can also work independently.</w:t>
      </w:r>
    </w:p>
    <w:p w:rsidRPr="007C4BB9" w:rsidR="006C6F96" w:rsidP="0517652B" w:rsidRDefault="00710312" w14:paraId="645B6A86" w14:textId="322E8AB1">
      <w:pPr>
        <w:pStyle w:val="ListParagraph"/>
        <w:numPr>
          <w:ilvl w:val="0"/>
          <w:numId w:val="17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You are driven and have a passion for the profession.</w:t>
      </w:r>
    </w:p>
    <w:p w:rsidRPr="007C4BB9" w:rsidR="006C6F96" w:rsidP="0517652B" w:rsidRDefault="00710312" w14:paraId="09A21154" w14:textId="2AB6C27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Pr="007C4BB9" w:rsidR="006C6F96" w:rsidP="0517652B" w:rsidRDefault="00710312" w14:paraId="62A3DAB3" w14:textId="272C3C4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0517652B" w:rsidR="719A6A2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395D77"/>
          <w:sz w:val="20"/>
          <w:szCs w:val="20"/>
          <w:lang w:val="nl-NL"/>
        </w:rPr>
        <w:t>What we offer</w:t>
      </w:r>
    </w:p>
    <w:p w:rsidRPr="007C4BB9" w:rsidR="006C6F96" w:rsidP="0517652B" w:rsidRDefault="00710312" w14:paraId="30875907" w14:textId="37A0BEC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We offer a stimulating working environment with engaging and varied cases. In addition, we provide a comprehensive package of in-house training opportunities, such as coaching, seminars and courses, to support your professional development.</w:t>
      </w:r>
    </w:p>
    <w:p w:rsidRPr="007C4BB9" w:rsidR="006C6F96" w:rsidP="0517652B" w:rsidRDefault="00710312" w14:paraId="5D081002" w14:textId="75E905C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  <w:r w:rsidRPr="0517652B" w:rsidR="719A6A2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  <w:t>Naturally, this also includes an attractive remuneration package.</w:t>
      </w:r>
    </w:p>
    <w:p w:rsidRPr="007C4BB9" w:rsidR="006C6F96" w:rsidP="0517652B" w:rsidRDefault="00710312" w14:paraId="421F38D4" w14:textId="36300DB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395D77"/>
          <w:sz w:val="20"/>
          <w:szCs w:val="20"/>
          <w:lang w:val="en-US"/>
        </w:rPr>
      </w:pPr>
    </w:p>
    <w:p w:rsidRPr="007C4BB9" w:rsidR="006C6F96" w:rsidP="00B11B51" w:rsidRDefault="00710312" w14:paraId="073CA01B" w14:textId="3DC72B06">
      <w:pPr>
        <w:rPr>
          <w:rFonts w:ascii="Aptos" w:hAnsi="Aptos" w:cs="Arial"/>
          <w:color w:val="395D77"/>
          <w:sz w:val="20"/>
          <w:szCs w:val="20"/>
          <w:lang w:val="nl-NL"/>
        </w:rPr>
      </w:pPr>
    </w:p>
    <w:sectPr w:rsidRPr="007C4BB9" w:rsidR="006C6F96" w:rsidSect="00034616">
      <w:headerReference w:type="default" r:id="rId11"/>
      <w:footerReference w:type="default" r:id="rId12"/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57EC" w:rsidRDefault="006257EC" w14:paraId="6FF8E55F" w14:textId="77777777">
      <w:pPr>
        <w:spacing w:after="0" w:line="240" w:lineRule="auto"/>
      </w:pPr>
      <w:r>
        <w:separator/>
      </w:r>
    </w:p>
  </w:endnote>
  <w:endnote w:type="continuationSeparator" w:id="0">
    <w:p w:rsidR="006257EC" w:rsidRDefault="006257EC" w14:paraId="05CAF34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D73C9" w:rsidR="00B11B51" w:rsidP="00211D97" w:rsidRDefault="006C6F96" w14:paraId="03145825" w14:textId="3DE4FEDA">
    <w:pPr>
      <w:pStyle w:val="Footer"/>
      <w:spacing w:before="240"/>
      <w:jc w:val="right"/>
      <w:rPr>
        <w:noProof/>
        <w:color w:val="395D77"/>
      </w:rPr>
    </w:pPr>
    <w:r>
      <w:rPr>
        <w:noProof/>
        <w:color w:val="395D77"/>
      </w:rPr>
      <w:t>hr</w:t>
    </w:r>
    <w:r w:rsidRPr="007D73C9" w:rsidR="007D73C9">
      <w:rPr>
        <w:noProof/>
        <w:color w:val="395D77"/>
      </w:rPr>
      <w:t>@s</w:t>
    </w:r>
    <w:r w:rsidR="00C0069B">
      <w:rPr>
        <w:noProof/>
        <w:color w:val="395D77"/>
      </w:rPr>
      <w:t>cale</w:t>
    </w:r>
    <w:r w:rsidR="00EA709B">
      <w:rPr>
        <w:noProof/>
        <w:color w:val="395D77"/>
      </w:rPr>
      <w:t>-law</w:t>
    </w:r>
    <w:r w:rsidRPr="007D73C9" w:rsidR="007D73C9">
      <w:rPr>
        <w:noProof/>
        <w:color w:val="395D77"/>
      </w:rPr>
      <w:t>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57EC" w:rsidRDefault="006257EC" w14:paraId="4FA1FA5D" w14:textId="77777777">
      <w:pPr>
        <w:spacing w:after="0" w:line="240" w:lineRule="auto"/>
      </w:pPr>
      <w:r>
        <w:separator/>
      </w:r>
    </w:p>
  </w:footnote>
  <w:footnote w:type="continuationSeparator" w:id="0">
    <w:p w:rsidR="006257EC" w:rsidRDefault="006257EC" w14:paraId="12189C6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89752A" w:rsidP="00B4433F" w:rsidRDefault="00B4433F" w14:paraId="3568BEF9" w14:textId="644CCEE9">
    <w:pPr>
      <w:pStyle w:val="Header"/>
      <w:jc w:val="right"/>
    </w:pPr>
    <w:r>
      <w:rPr>
        <w:noProof/>
      </w:rPr>
      <w:drawing>
        <wp:inline distT="0" distB="0" distL="0" distR="0" wp14:anchorId="71AAA545" wp14:editId="0F2E9FFA">
          <wp:extent cx="1115695" cy="261620"/>
          <wp:effectExtent l="0" t="0" r="8255" b="5080"/>
          <wp:docPr id="16431975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197508" name="Picture 16431975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32375" cy="265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6">
    <w:nsid w:val="b7e35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7E93390"/>
    <w:multiLevelType w:val="hybridMultilevel"/>
    <w:tmpl w:val="AAF290B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B27676B"/>
    <w:multiLevelType w:val="hybridMultilevel"/>
    <w:tmpl w:val="9B96432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86036E6"/>
    <w:multiLevelType w:val="multilevel"/>
    <w:tmpl w:val="8B10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90A64FD"/>
    <w:multiLevelType w:val="hybridMultilevel"/>
    <w:tmpl w:val="0B6A5C5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0C575C"/>
    <w:multiLevelType w:val="hybridMultilevel"/>
    <w:tmpl w:val="3CD2976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D17B54"/>
    <w:multiLevelType w:val="hybridMultilevel"/>
    <w:tmpl w:val="157814D4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925F82"/>
    <w:multiLevelType w:val="hybridMultilevel"/>
    <w:tmpl w:val="7F84933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7">
    <w:abstractNumId w:val="16"/>
  </w:num>
  <w:num w:numId="1" w16cid:durableId="422729797">
    <w:abstractNumId w:val="8"/>
  </w:num>
  <w:num w:numId="2" w16cid:durableId="1657496509">
    <w:abstractNumId w:val="6"/>
  </w:num>
  <w:num w:numId="3" w16cid:durableId="538202249">
    <w:abstractNumId w:val="5"/>
  </w:num>
  <w:num w:numId="4" w16cid:durableId="1683052004">
    <w:abstractNumId w:val="4"/>
  </w:num>
  <w:num w:numId="5" w16cid:durableId="1996182966">
    <w:abstractNumId w:val="7"/>
  </w:num>
  <w:num w:numId="6" w16cid:durableId="471410348">
    <w:abstractNumId w:val="3"/>
  </w:num>
  <w:num w:numId="7" w16cid:durableId="184054506">
    <w:abstractNumId w:val="2"/>
  </w:num>
  <w:num w:numId="8" w16cid:durableId="1907916797">
    <w:abstractNumId w:val="1"/>
  </w:num>
  <w:num w:numId="9" w16cid:durableId="1668942219">
    <w:abstractNumId w:val="0"/>
  </w:num>
  <w:num w:numId="10" w16cid:durableId="1693603296">
    <w:abstractNumId w:val="12"/>
  </w:num>
  <w:num w:numId="11" w16cid:durableId="451243603">
    <w:abstractNumId w:val="14"/>
  </w:num>
  <w:num w:numId="12" w16cid:durableId="1608154492">
    <w:abstractNumId w:val="13"/>
  </w:num>
  <w:num w:numId="13" w16cid:durableId="290477782">
    <w:abstractNumId w:val="11"/>
  </w:num>
  <w:num w:numId="14" w16cid:durableId="539827501">
    <w:abstractNumId w:val="9"/>
  </w:num>
  <w:num w:numId="15" w16cid:durableId="562108671">
    <w:abstractNumId w:val="10"/>
  </w:num>
  <w:num w:numId="16" w16cid:durableId="9223774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88E"/>
    <w:rsid w:val="0006063C"/>
    <w:rsid w:val="00086D2D"/>
    <w:rsid w:val="000B0931"/>
    <w:rsid w:val="000F6753"/>
    <w:rsid w:val="00133A3E"/>
    <w:rsid w:val="0015074B"/>
    <w:rsid w:val="00161AEE"/>
    <w:rsid w:val="001864EA"/>
    <w:rsid w:val="001A7DBB"/>
    <w:rsid w:val="001B7D99"/>
    <w:rsid w:val="001D7203"/>
    <w:rsid w:val="002047B2"/>
    <w:rsid w:val="00211D97"/>
    <w:rsid w:val="0029639D"/>
    <w:rsid w:val="002C57B9"/>
    <w:rsid w:val="002F2304"/>
    <w:rsid w:val="00326F90"/>
    <w:rsid w:val="00327840"/>
    <w:rsid w:val="00340BF4"/>
    <w:rsid w:val="00347E45"/>
    <w:rsid w:val="003647F2"/>
    <w:rsid w:val="003C4B4C"/>
    <w:rsid w:val="003F1780"/>
    <w:rsid w:val="003F5381"/>
    <w:rsid w:val="00430C92"/>
    <w:rsid w:val="004341BE"/>
    <w:rsid w:val="004374D6"/>
    <w:rsid w:val="00476E14"/>
    <w:rsid w:val="004F7F31"/>
    <w:rsid w:val="0051374F"/>
    <w:rsid w:val="00517AF3"/>
    <w:rsid w:val="00556182"/>
    <w:rsid w:val="005C227F"/>
    <w:rsid w:val="005D1E7D"/>
    <w:rsid w:val="00616E46"/>
    <w:rsid w:val="006257EC"/>
    <w:rsid w:val="00626F49"/>
    <w:rsid w:val="00643A6B"/>
    <w:rsid w:val="0067347F"/>
    <w:rsid w:val="0068094D"/>
    <w:rsid w:val="00691D67"/>
    <w:rsid w:val="006B35F8"/>
    <w:rsid w:val="006C6F96"/>
    <w:rsid w:val="006E4B6A"/>
    <w:rsid w:val="006F6158"/>
    <w:rsid w:val="006F66C1"/>
    <w:rsid w:val="00710312"/>
    <w:rsid w:val="007536D1"/>
    <w:rsid w:val="00755AE4"/>
    <w:rsid w:val="007C4BB9"/>
    <w:rsid w:val="007D73C9"/>
    <w:rsid w:val="007E2CCB"/>
    <w:rsid w:val="007F1023"/>
    <w:rsid w:val="008237DC"/>
    <w:rsid w:val="0084692C"/>
    <w:rsid w:val="00866011"/>
    <w:rsid w:val="0089752A"/>
    <w:rsid w:val="008C0AA9"/>
    <w:rsid w:val="0092734F"/>
    <w:rsid w:val="00962026"/>
    <w:rsid w:val="00973CBE"/>
    <w:rsid w:val="009C0E16"/>
    <w:rsid w:val="00A4183C"/>
    <w:rsid w:val="00A73153"/>
    <w:rsid w:val="00AA1D8D"/>
    <w:rsid w:val="00AC03E3"/>
    <w:rsid w:val="00B11B51"/>
    <w:rsid w:val="00B223A9"/>
    <w:rsid w:val="00B37D5A"/>
    <w:rsid w:val="00B4433F"/>
    <w:rsid w:val="00B44D1E"/>
    <w:rsid w:val="00B47730"/>
    <w:rsid w:val="00B65287"/>
    <w:rsid w:val="00B9501A"/>
    <w:rsid w:val="00B9777A"/>
    <w:rsid w:val="00BA2A5D"/>
    <w:rsid w:val="00BA5724"/>
    <w:rsid w:val="00BD03CD"/>
    <w:rsid w:val="00BD705E"/>
    <w:rsid w:val="00BD7144"/>
    <w:rsid w:val="00BE0D69"/>
    <w:rsid w:val="00C0069B"/>
    <w:rsid w:val="00C0319D"/>
    <w:rsid w:val="00C05A9E"/>
    <w:rsid w:val="00C61541"/>
    <w:rsid w:val="00C70186"/>
    <w:rsid w:val="00CB0664"/>
    <w:rsid w:val="00CB5DBD"/>
    <w:rsid w:val="00D134F1"/>
    <w:rsid w:val="00D8269F"/>
    <w:rsid w:val="00D85E17"/>
    <w:rsid w:val="00E507B7"/>
    <w:rsid w:val="00E53D39"/>
    <w:rsid w:val="00E84495"/>
    <w:rsid w:val="00E90562"/>
    <w:rsid w:val="00EA709B"/>
    <w:rsid w:val="00ED3AB2"/>
    <w:rsid w:val="00F533B9"/>
    <w:rsid w:val="00F6467B"/>
    <w:rsid w:val="00F94508"/>
    <w:rsid w:val="00FC693F"/>
    <w:rsid w:val="0517652B"/>
    <w:rsid w:val="06D54CA9"/>
    <w:rsid w:val="0F47B796"/>
    <w:rsid w:val="1D310807"/>
    <w:rsid w:val="26708EB8"/>
    <w:rsid w:val="27D22BA1"/>
    <w:rsid w:val="43697273"/>
    <w:rsid w:val="5CAF3631"/>
    <w:rsid w:val="6980747A"/>
    <w:rsid w:val="69F795C1"/>
    <w:rsid w:val="719A6A28"/>
    <w:rsid w:val="7E3E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F6CD3EF"/>
  <w14:defaultImageDpi w14:val="300"/>
  <w15:docId w15:val="{EA65CCB0-A2EA-488C-9BA7-FD1E8FF0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4E1173D25E445BAB78453C383D9CC" ma:contentTypeVersion="19" ma:contentTypeDescription="Create a new document." ma:contentTypeScope="" ma:versionID="90e76e1a101e8b73c401ffc50ab39bb6">
  <xsd:schema xmlns:xsd="http://www.w3.org/2001/XMLSchema" xmlns:xs="http://www.w3.org/2001/XMLSchema" xmlns:p="http://schemas.microsoft.com/office/2006/metadata/properties" xmlns:ns2="7e9a688b-fb55-4fff-80d4-668636cf2287" xmlns:ns3="653c2207-d4f3-4719-83da-230302cb7452" targetNamespace="http://schemas.microsoft.com/office/2006/metadata/properties" ma:root="true" ma:fieldsID="a44e988e0e38e16355b28a876f10560b" ns2:_="" ns3:_="">
    <xsd:import namespace="7e9a688b-fb55-4fff-80d4-668636cf2287"/>
    <xsd:import namespace="653c2207-d4f3-4719-83da-230302cb74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rtdatumovk" minOccurs="0"/>
                <xsd:element ref="ns2:Nagekekendoorafdeling" minOccurs="0"/>
                <xsd:element ref="ns2:Proc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a688b-fb55-4fff-80d4-668636cf2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57f80a3-1b89-47cf-9b9a-6a159bcd86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Startdatumovk" ma:index="21" nillable="true" ma:displayName="Startdatum ovk" ma:format="Dropdown" ma:internalName="Startdatumovk">
      <xsd:simpleType>
        <xsd:restriction base="dms:Text">
          <xsd:maxLength value="255"/>
        </xsd:restriction>
      </xsd:simpleType>
    </xsd:element>
    <xsd:element name="Nagekekendoorafdeling" ma:index="22" nillable="true" ma:displayName="Nagekeken door afdeling" ma:format="Dropdown" ma:internalName="Nagekekendoorafdeling">
      <xsd:simpleType>
        <xsd:restriction base="dms:Choice">
          <xsd:enumeration value="Goedgekeurd"/>
          <xsd:enumeration value="In nazicht"/>
          <xsd:enumeration value="Afgekeurd"/>
        </xsd:restriction>
      </xsd:simpleType>
    </xsd:element>
    <xsd:element name="Proces" ma:index="23" nillable="true" ma:displayName="Proces" ma:format="Dropdown" ma:internalName="Proces">
      <xsd:simpleType>
        <xsd:restriction base="dms:Choice">
          <xsd:enumeration value="Onboarding"/>
          <xsd:enumeration value="Rekrutering"/>
          <xsd:enumeration value="Offboarding"/>
          <xsd:enumeration value="Verzuim"/>
          <xsd:enumeration value="Evaluaties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c2207-d4f3-4719-83da-230302cb74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118e7df-4741-4a30-a797-cb0e27a9480a}" ma:internalName="TaxCatchAll" ma:showField="CatchAllData" ma:web="653c2207-d4f3-4719-83da-230302cb74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 xmlns="7e9a688b-fb55-4fff-80d4-668636cf2287" xsi:nil="true"/>
    <Startdatumovk xmlns="7e9a688b-fb55-4fff-80d4-668636cf2287" xsi:nil="true"/>
    <Nagekekendoorafdeling xmlns="7e9a688b-fb55-4fff-80d4-668636cf2287" xsi:nil="true"/>
    <TaxCatchAll xmlns="653c2207-d4f3-4719-83da-230302cb7452" xsi:nil="true"/>
    <lcf76f155ced4ddcb4097134ff3c332f xmlns="7e9a688b-fb55-4fff-80d4-668636cf22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FB4BA8-2EC4-4371-829C-7C68C24170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a688b-fb55-4fff-80d4-668636cf2287"/>
    <ds:schemaRef ds:uri="653c2207-d4f3-4719-83da-230302cb74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C031A3-DDE2-4114-860D-893305763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F4DCE4-5ABF-47C2-874A-CEE9654FAAEB}">
  <ds:schemaRefs>
    <ds:schemaRef ds:uri="http://schemas.microsoft.com/office/2006/metadata/properties"/>
    <ds:schemaRef ds:uri="http://schemas.microsoft.com/office/infopath/2007/PartnerControls"/>
    <ds:schemaRef ds:uri="7e9a688b-fb55-4fff-80d4-668636cf2287"/>
    <ds:schemaRef ds:uri="653c2207-d4f3-4719-83da-230302cb7452"/>
  </ds:schemaRefs>
</ds:datastoreItem>
</file>

<file path=docMetadata/LabelInfo.xml><?xml version="1.0" encoding="utf-8"?>
<clbl:labelList xmlns:clbl="http://schemas.microsoft.com/office/2020/mipLabelMetadata">
  <clbl:label id="{26d5fc24-b784-46fc-a4e4-6f7bfd276777}" enabled="0" method="" siteId="{26d5fc24-b784-46fc-a4e4-6f7bfd27677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Allysia Wyten</lastModifiedBy>
  <revision>14</revision>
  <lastPrinted>2026-02-18T13:29:00.0000000Z</lastPrinted>
  <dcterms:created xsi:type="dcterms:W3CDTF">2026-08-21T08:50:00.0000000Z</dcterms:created>
  <dcterms:modified xsi:type="dcterms:W3CDTF">2026-09-07T09:43:34.7926011Z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0x010100A3B4E1173D25E445BAB78453C383D9CC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