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420DDC79" w:rsidRDefault="003C4B4C" w14:paraId="0A5CA275" w14:textId="4BDA9D5E">
      <w:pPr>
        <w:pStyle w:val="Normal"/>
        <w:suppressLineNumbers w:val="0"/>
        <w:bidi w:val="0"/>
        <w:spacing w:before="0" w:beforeAutospacing="off" w:after="200" w:afterAutospacing="off" w:line="276" w:lineRule="auto"/>
        <w:ind w:left="0" w:right="0"/>
        <w:jc w:val="left"/>
        <w:rPr>
          <w:rFonts w:ascii="Aptos" w:hAnsi="Aptos" w:cs="Arial"/>
          <w:b w:val="1"/>
          <w:bCs w:val="1"/>
          <w:color w:val="395D77"/>
          <w:lang w:val="fr-FR"/>
        </w:rPr>
      </w:pPr>
      <w:r w:rsidRPr="5E229763" w:rsidR="5402C11B">
        <w:rPr>
          <w:rFonts w:ascii="Aptos" w:hAnsi="Aptos" w:cs="Arial"/>
          <w:b w:val="1"/>
          <w:bCs w:val="1"/>
          <w:color w:val="395D77"/>
          <w:lang w:val="fr-FR"/>
        </w:rPr>
        <w:t xml:space="preserve">Social </w:t>
      </w:r>
      <w:r w:rsidRPr="5E229763" w:rsidR="00A73153">
        <w:rPr>
          <w:rFonts w:ascii="Aptos" w:hAnsi="Aptos" w:cs="Arial"/>
          <w:b w:val="1"/>
          <w:bCs w:val="1"/>
          <w:color w:val="395D77"/>
          <w:lang w:val="fr-FR"/>
        </w:rPr>
        <w:t>Law</w:t>
      </w:r>
      <w:r w:rsidRPr="5E229763" w:rsidR="002047B2">
        <w:rPr>
          <w:rFonts w:ascii="Aptos" w:hAnsi="Aptos" w:cs="Arial"/>
          <w:b w:val="1"/>
          <w:bCs w:val="1"/>
          <w:color w:val="395D77"/>
          <w:lang w:val="fr-FR"/>
        </w:rPr>
        <w:t xml:space="preserve"> – </w:t>
      </w:r>
      <w:r w:rsidRPr="5E229763" w:rsidR="166A3562">
        <w:rPr>
          <w:rFonts w:ascii="Aptos" w:hAnsi="Aptos" w:cs="Arial"/>
          <w:b w:val="1"/>
          <w:bCs w:val="1"/>
          <w:color w:val="395D77"/>
          <w:lang w:val="fr-FR"/>
        </w:rPr>
        <w:t>Stagiair</w:t>
      </w:r>
      <w:r w:rsidRPr="5E229763" w:rsidR="09CE52E4">
        <w:rPr>
          <w:rFonts w:ascii="Aptos" w:hAnsi="Aptos" w:cs="Arial"/>
          <w:b w:val="1"/>
          <w:bCs w:val="1"/>
          <w:color w:val="395D77"/>
          <w:lang w:val="fr-FR"/>
        </w:rPr>
        <w:t>e</w:t>
      </w:r>
      <w:r w:rsidRPr="5E229763" w:rsidR="166A3562">
        <w:rPr>
          <w:rFonts w:ascii="Aptos" w:hAnsi="Aptos" w:cs="Arial"/>
          <w:b w:val="1"/>
          <w:bCs w:val="1"/>
          <w:color w:val="395D77"/>
          <w:lang w:val="fr-FR"/>
        </w:rPr>
        <w:t xml:space="preserve"> de première année </w:t>
      </w:r>
      <w:r w:rsidRPr="5E229763" w:rsidR="0068094D">
        <w:rPr>
          <w:rFonts w:ascii="Aptos" w:hAnsi="Aptos" w:cs="Arial"/>
          <w:b w:val="1"/>
          <w:bCs w:val="1"/>
          <w:color w:val="395D77"/>
          <w:lang w:val="fr-FR"/>
        </w:rPr>
        <w:t xml:space="preserve">2027 </w:t>
      </w:r>
    </w:p>
    <w:p w:rsidR="08A7613C" w:rsidP="5E229763" w:rsidRDefault="08A7613C" w14:paraId="1ED7C42B" w14:textId="4DF2ECD3">
      <w:pPr>
        <w:pStyle w:val="Normal"/>
        <w:suppressLineNumbers w:val="0"/>
        <w:bidi w:val="0"/>
        <w:spacing w:before="0" w:beforeAutospacing="off" w:after="200" w:afterAutospacing="off" w:line="276" w:lineRule="auto"/>
        <w:ind w:left="0" w:right="0"/>
        <w:jc w:val="left"/>
        <w:rPr>
          <w:rFonts w:ascii="Aptos" w:hAnsi="Aptos" w:eastAsia="Aptos" w:cs="Aptos"/>
          <w:noProof w:val="0"/>
          <w:sz w:val="20"/>
          <w:szCs w:val="20"/>
          <w:lang w:val="fr-BE"/>
        </w:rPr>
      </w:pPr>
      <w:r w:rsidRPr="5E229763" w:rsidR="08A7613C">
        <w:rPr>
          <w:rFonts w:ascii="Aptos" w:hAnsi="Aptos" w:eastAsia="Aptos" w:cs="Aptos"/>
          <w:b w:val="0"/>
          <w:bCs w:val="0"/>
          <w:i w:val="0"/>
          <w:iCs w:val="0"/>
          <w:caps w:val="0"/>
          <w:smallCaps w:val="0"/>
          <w:noProof w:val="0"/>
          <w:color w:val="395D77"/>
          <w:sz w:val="20"/>
          <w:szCs w:val="20"/>
          <w:lang w:val="fr-BE"/>
        </w:rPr>
        <w:t xml:space="preserve">Êtes-vous un stagiaire de première année ambitieux, avec un vif intérêt pour le </w:t>
      </w:r>
      <w:r w:rsidRPr="5E229763" w:rsidR="08A7613C">
        <w:rPr>
          <w:rFonts w:ascii="Aptos" w:hAnsi="Aptos" w:eastAsia="Aptos" w:cs="Aptos"/>
          <w:b w:val="1"/>
          <w:bCs w:val="1"/>
          <w:i w:val="0"/>
          <w:iCs w:val="0"/>
          <w:caps w:val="0"/>
          <w:smallCaps w:val="0"/>
          <w:noProof w:val="0"/>
          <w:color w:val="395D77"/>
          <w:sz w:val="20"/>
          <w:szCs w:val="20"/>
          <w:lang w:val="fr-BE"/>
        </w:rPr>
        <w:t xml:space="preserve">droit du </w:t>
      </w:r>
      <w:r w:rsidRPr="5E229763" w:rsidR="08A7613C">
        <w:rPr>
          <w:rFonts w:ascii="Aptos" w:hAnsi="Aptos" w:eastAsia="Aptos" w:cs="Aptos"/>
          <w:b w:val="1"/>
          <w:bCs w:val="1"/>
          <w:i w:val="0"/>
          <w:iCs w:val="0"/>
          <w:caps w:val="0"/>
          <w:smallCaps w:val="0"/>
          <w:noProof w:val="0"/>
          <w:color w:val="395D77"/>
          <w:sz w:val="20"/>
          <w:szCs w:val="20"/>
          <w:lang w:val="fr-BE"/>
        </w:rPr>
        <w:t xml:space="preserve">travail </w:t>
      </w:r>
      <w:r w:rsidRPr="5E229763" w:rsidR="08A7613C">
        <w:rPr>
          <w:rFonts w:ascii="Aptos" w:hAnsi="Aptos" w:eastAsia="Aptos" w:cs="Aptos"/>
          <w:b w:val="0"/>
          <w:bCs w:val="0"/>
          <w:i w:val="0"/>
          <w:iCs w:val="0"/>
          <w:caps w:val="0"/>
          <w:smallCaps w:val="0"/>
          <w:noProof w:val="0"/>
          <w:color w:val="395D77"/>
          <w:sz w:val="20"/>
          <w:szCs w:val="20"/>
          <w:lang w:val="fr-BE"/>
        </w:rPr>
        <w:t>?</w:t>
      </w:r>
      <w:r w:rsidRPr="5E229763" w:rsidR="08A7613C">
        <w:rPr>
          <w:rFonts w:ascii="Aptos" w:hAnsi="Aptos" w:eastAsia="Aptos" w:cs="Aptos"/>
          <w:b w:val="0"/>
          <w:bCs w:val="0"/>
          <w:i w:val="0"/>
          <w:iCs w:val="0"/>
          <w:caps w:val="0"/>
          <w:smallCaps w:val="0"/>
          <w:noProof w:val="0"/>
          <w:color w:val="395D77"/>
          <w:sz w:val="20"/>
          <w:szCs w:val="20"/>
          <w:lang w:val="fr-BE"/>
        </w:rPr>
        <w:t xml:space="preserve">  Chez nous aurez l’opportunité d’intégrer dès le premier jour une équipe spécialisée, entourée de collègues passionnés et engagés. Vous bénéficierez rapidement de responsabilités, d’un véritable espace pour apprendre et évoluer, ainsi que de l’opportunité de vous forger votre propre place au sein d’un environnement stimulant.</w:t>
      </w:r>
    </w:p>
    <w:p w:rsidR="5E229763" w:rsidP="5E229763" w:rsidRDefault="5E229763" w14:paraId="13F6B0DA" w14:textId="4B27A606">
      <w:pPr>
        <w:pStyle w:val="Normal"/>
        <w:suppressLineNumbers w:val="0"/>
        <w:bidi w:val="0"/>
        <w:spacing w:before="0" w:beforeAutospacing="off" w:after="200" w:afterAutospacing="off" w:line="276" w:lineRule="auto"/>
        <w:ind w:left="0" w:right="0"/>
        <w:jc w:val="left"/>
        <w:rPr>
          <w:rFonts w:ascii="Aptos" w:hAnsi="Aptos" w:eastAsia="Aptos" w:cs="Aptos"/>
          <w:b w:val="0"/>
          <w:bCs w:val="0"/>
          <w:i w:val="0"/>
          <w:iCs w:val="0"/>
          <w:caps w:val="0"/>
          <w:smallCaps w:val="0"/>
          <w:noProof w:val="0"/>
          <w:color w:val="395D77"/>
          <w:sz w:val="20"/>
          <w:szCs w:val="20"/>
          <w:lang w:val="fr-BE"/>
        </w:rPr>
      </w:pPr>
    </w:p>
    <w:p w:rsidRPr="007C4BB9" w:rsidR="00643A6B" w:rsidP="4164509C" w:rsidRDefault="00086D2D" w14:paraId="56BF3249" w14:textId="2BAF4E56">
      <w:pPr>
        <w:rPr>
          <w:rFonts w:ascii="Aptos" w:hAnsi="Aptos" w:eastAsia="Aptos" w:cs="Aptos"/>
          <w:b w:val="0"/>
          <w:bCs w:val="0"/>
          <w:i w:val="0"/>
          <w:iCs w:val="0"/>
          <w:caps w:val="0"/>
          <w:smallCaps w:val="0"/>
          <w:noProof w:val="0"/>
          <w:color w:val="395D77"/>
          <w:sz w:val="20"/>
          <w:szCs w:val="20"/>
          <w:lang w:val="nl-NL"/>
        </w:rPr>
      </w:pPr>
      <w:r w:rsidRPr="4164509C" w:rsidR="55F3E71A">
        <w:rPr>
          <w:rFonts w:ascii="Aptos" w:hAnsi="Aptos" w:eastAsia="Aptos" w:cs="Aptos"/>
          <w:b w:val="0"/>
          <w:bCs w:val="0"/>
          <w:i w:val="0"/>
          <w:iCs w:val="0"/>
          <w:caps w:val="0"/>
          <w:smallCaps w:val="0"/>
          <w:noProof w:val="0"/>
          <w:color w:val="395D77"/>
          <w:sz w:val="20"/>
          <w:szCs w:val="20"/>
          <w:lang w:val="fr-BE"/>
        </w:rPr>
        <w:t>Vous travaillez depuis Anvers ou Bruxelles.</w:t>
      </w:r>
    </w:p>
    <w:p w:rsidRPr="007C4BB9" w:rsidR="001A7DBB" w:rsidP="00B44D1E" w:rsidRDefault="001A7DBB" w14:paraId="56BDE4BC" w14:textId="0D86E13F">
      <w:pPr>
        <w:rPr>
          <w:rFonts w:ascii="Aptos" w:hAnsi="Aptos" w:cs="Arial"/>
          <w:b w:val="1"/>
          <w:bCs w:val="1"/>
          <w:color w:val="395D77"/>
          <w:lang w:val="nl-NL"/>
        </w:rPr>
      </w:pPr>
      <w:r w:rsidRPr="4164509C" w:rsidR="001A7DBB">
        <w:rPr>
          <w:rFonts w:ascii="Aptos" w:hAnsi="Aptos" w:cs="Arial"/>
          <w:b w:val="1"/>
          <w:bCs w:val="1"/>
          <w:color w:val="395D77"/>
          <w:lang w:val="nl-NL"/>
        </w:rPr>
        <w:t>Profil</w:t>
      </w:r>
    </w:p>
    <w:p w:rsidR="4E572C4B" w:rsidP="420DDC79" w:rsidRDefault="4E572C4B" w14:paraId="3010104F" w14:textId="2F93EA85">
      <w:pPr>
        <w:pStyle w:val="ListParagraph"/>
        <w:numPr>
          <w:ilvl w:val="0"/>
          <w:numId w:val="17"/>
        </w:numPr>
        <w:rPr>
          <w:rFonts w:ascii="Aptos" w:hAnsi="Aptos" w:eastAsia="Aptos" w:cs="Aptos"/>
          <w:b w:val="0"/>
          <w:bCs w:val="0"/>
          <w:i w:val="0"/>
          <w:iCs w:val="0"/>
          <w:caps w:val="0"/>
          <w:smallCaps w:val="0"/>
          <w:noProof w:val="0"/>
          <w:color w:val="395D77"/>
          <w:sz w:val="20"/>
          <w:szCs w:val="20"/>
          <w:lang w:val="nl-NL"/>
        </w:rPr>
      </w:pPr>
      <w:r w:rsidRPr="420DDC79" w:rsidR="4E572C4B">
        <w:rPr>
          <w:rFonts w:ascii="Aptos" w:hAnsi="Aptos" w:eastAsia="Aptos" w:cs="Aptos"/>
          <w:b w:val="0"/>
          <w:bCs w:val="0"/>
          <w:i w:val="0"/>
          <w:iCs w:val="0"/>
          <w:caps w:val="0"/>
          <w:smallCaps w:val="0"/>
          <w:noProof w:val="0"/>
          <w:color w:val="395D77"/>
          <w:sz w:val="20"/>
          <w:szCs w:val="20"/>
          <w:lang w:val="fr-BE"/>
        </w:rPr>
        <w:t>Vous êtes titulaire d’un Master en droit belge.</w:t>
      </w:r>
    </w:p>
    <w:p w:rsidR="4E572C4B" w:rsidP="420DDC79" w:rsidRDefault="4E572C4B" w14:paraId="18621D0C" w14:textId="2C3F3F21">
      <w:pPr>
        <w:pStyle w:val="ListParagraph"/>
        <w:numPr>
          <w:ilvl w:val="0"/>
          <w:numId w:val="17"/>
        </w:numPr>
        <w:suppressLineNumbers w:val="0"/>
        <w:bidi w:val="0"/>
        <w:spacing w:before="0" w:beforeAutospacing="off" w:after="200" w:afterAutospacing="off" w:line="276" w:lineRule="auto"/>
        <w:ind w:right="0"/>
        <w:jc w:val="left"/>
        <w:rPr>
          <w:rFonts w:ascii="Aptos" w:hAnsi="Aptos" w:eastAsia="Aptos" w:cs="Aptos"/>
          <w:b w:val="0"/>
          <w:bCs w:val="0"/>
          <w:i w:val="0"/>
          <w:iCs w:val="0"/>
          <w:caps w:val="0"/>
          <w:smallCaps w:val="0"/>
          <w:noProof w:val="0"/>
          <w:color w:val="395D77"/>
          <w:sz w:val="20"/>
          <w:szCs w:val="20"/>
          <w:lang w:val="nl-NL"/>
        </w:rPr>
      </w:pPr>
      <w:r w:rsidRPr="420DDC79" w:rsidR="4E572C4B">
        <w:rPr>
          <w:rFonts w:ascii="Aptos" w:hAnsi="Aptos" w:eastAsia="Aptos" w:cs="Aptos"/>
          <w:b w:val="0"/>
          <w:bCs w:val="0"/>
          <w:i w:val="0"/>
          <w:iCs w:val="0"/>
          <w:caps w:val="0"/>
          <w:smallCaps w:val="0"/>
          <w:noProof w:val="0"/>
          <w:color w:val="395D77"/>
          <w:sz w:val="20"/>
          <w:szCs w:val="20"/>
          <w:lang w:val="fr-BE"/>
        </w:rPr>
        <w:t xml:space="preserve">Vous disposez d’une excellente connaissance du </w:t>
      </w:r>
      <w:r w:rsidRPr="420DDC79" w:rsidR="0A850C54">
        <w:rPr>
          <w:rFonts w:ascii="Aptos" w:hAnsi="Aptos" w:eastAsia="Aptos" w:cs="Aptos"/>
          <w:b w:val="0"/>
          <w:bCs w:val="0"/>
          <w:i w:val="0"/>
          <w:iCs w:val="0"/>
          <w:caps w:val="0"/>
          <w:smallCaps w:val="0"/>
          <w:noProof w:val="0"/>
          <w:color w:val="395D77"/>
          <w:sz w:val="20"/>
          <w:szCs w:val="20"/>
          <w:lang w:val="fr-BE"/>
        </w:rPr>
        <w:t xml:space="preserve">français </w:t>
      </w:r>
      <w:r w:rsidRPr="420DDC79" w:rsidR="4E572C4B">
        <w:rPr>
          <w:rFonts w:ascii="Aptos" w:hAnsi="Aptos" w:eastAsia="Aptos" w:cs="Aptos"/>
          <w:b w:val="0"/>
          <w:bCs w:val="0"/>
          <w:i w:val="0"/>
          <w:iCs w:val="0"/>
          <w:caps w:val="0"/>
          <w:smallCaps w:val="0"/>
          <w:noProof w:val="0"/>
          <w:color w:val="395D77"/>
          <w:sz w:val="20"/>
          <w:szCs w:val="20"/>
          <w:lang w:val="fr-BE"/>
        </w:rPr>
        <w:t xml:space="preserve">et d’une bonne maîtrise du </w:t>
      </w:r>
      <w:r w:rsidRPr="420DDC79" w:rsidR="67C7F76C">
        <w:rPr>
          <w:rFonts w:ascii="Aptos" w:hAnsi="Aptos" w:eastAsia="Aptos" w:cs="Aptos"/>
          <w:b w:val="0"/>
          <w:bCs w:val="0"/>
          <w:i w:val="0"/>
          <w:iCs w:val="0"/>
          <w:caps w:val="0"/>
          <w:smallCaps w:val="0"/>
          <w:noProof w:val="0"/>
          <w:color w:val="395D77"/>
          <w:sz w:val="20"/>
          <w:szCs w:val="20"/>
          <w:lang w:val="fr-BE"/>
        </w:rPr>
        <w:t xml:space="preserve">néerlandais </w:t>
      </w:r>
      <w:r w:rsidRPr="420DDC79" w:rsidR="4E572C4B">
        <w:rPr>
          <w:rFonts w:ascii="Aptos" w:hAnsi="Aptos" w:eastAsia="Aptos" w:cs="Aptos"/>
          <w:b w:val="0"/>
          <w:bCs w:val="0"/>
          <w:i w:val="0"/>
          <w:iCs w:val="0"/>
          <w:caps w:val="0"/>
          <w:smallCaps w:val="0"/>
          <w:noProof w:val="0"/>
          <w:color w:val="395D77"/>
          <w:sz w:val="20"/>
          <w:szCs w:val="20"/>
          <w:lang w:val="fr-BE"/>
        </w:rPr>
        <w:t>et de l’anglais, tant à l’oral qu’à l’écrit.</w:t>
      </w:r>
    </w:p>
    <w:p w:rsidR="4767897C" w:rsidP="420DDC79" w:rsidRDefault="4767897C" w14:paraId="24F451DE" w14:textId="089F61A8">
      <w:pPr>
        <w:pStyle w:val="ListParagraph"/>
        <w:numPr>
          <w:ilvl w:val="0"/>
          <w:numId w:val="17"/>
        </w:numPr>
        <w:rPr>
          <w:noProof w:val="0"/>
          <w:lang w:val="fr-BE"/>
        </w:rPr>
      </w:pPr>
      <w:r w:rsidRPr="420DDC79" w:rsidR="4E572C4B">
        <w:rPr>
          <w:rFonts w:ascii="Aptos" w:hAnsi="Aptos" w:eastAsia="Aptos" w:cs="Aptos"/>
          <w:b w:val="0"/>
          <w:bCs w:val="0"/>
          <w:i w:val="0"/>
          <w:iCs w:val="0"/>
          <w:caps w:val="0"/>
          <w:smallCaps w:val="0"/>
          <w:noProof w:val="0"/>
          <w:color w:val="395D77"/>
          <w:sz w:val="20"/>
          <w:szCs w:val="20"/>
          <w:lang w:val="fr-BE"/>
        </w:rPr>
        <w:t>Vous pouvez présenter des résultats académiques reflétant votre solide compréhension juridique et vos capacités de résolution de problèmes.</w:t>
      </w:r>
    </w:p>
    <w:p w:rsidR="4767897C" w:rsidP="420DDC79" w:rsidRDefault="4767897C" w14:paraId="18039F6C" w14:textId="56EFDA6B">
      <w:pPr>
        <w:pStyle w:val="ListParagraph"/>
        <w:numPr>
          <w:ilvl w:val="0"/>
          <w:numId w:val="17"/>
        </w:numPr>
        <w:rPr>
          <w:noProof w:val="0"/>
          <w:lang w:val="fr-BE"/>
        </w:rPr>
      </w:pPr>
      <w:r w:rsidRPr="420DDC79" w:rsidR="4767897C">
        <w:rPr>
          <w:rFonts w:ascii="Aptos" w:hAnsi="Aptos" w:eastAsia="Aptos" w:cs="Aptos"/>
          <w:b w:val="0"/>
          <w:bCs w:val="0"/>
          <w:i w:val="0"/>
          <w:iCs w:val="0"/>
          <w:caps w:val="0"/>
          <w:smallCaps w:val="0"/>
          <w:noProof w:val="0"/>
          <w:color w:val="395D77"/>
          <w:sz w:val="20"/>
          <w:szCs w:val="20"/>
          <w:lang w:val="fr-BE"/>
        </w:rPr>
        <w:t>Vous portez un vif intérêt au</w:t>
      </w:r>
      <w:r w:rsidRPr="420DDC79" w:rsidR="4767897C">
        <w:rPr>
          <w:rFonts w:ascii="Aptos" w:hAnsi="Aptos" w:eastAsia="Aptos" w:cs="Aptos"/>
          <w:b w:val="1"/>
          <w:bCs w:val="1"/>
          <w:i w:val="0"/>
          <w:iCs w:val="0"/>
          <w:caps w:val="0"/>
          <w:smallCaps w:val="0"/>
          <w:noProof w:val="0"/>
          <w:color w:val="395D77"/>
          <w:sz w:val="20"/>
          <w:szCs w:val="20"/>
          <w:lang w:val="fr-BE"/>
        </w:rPr>
        <w:t xml:space="preserve"> droit </w:t>
      </w:r>
      <w:r w:rsidRPr="420DDC79" w:rsidR="772E0CCC">
        <w:rPr>
          <w:rFonts w:ascii="Aptos" w:hAnsi="Aptos" w:eastAsia="Aptos" w:cs="Aptos"/>
          <w:b w:val="1"/>
          <w:bCs w:val="1"/>
          <w:i w:val="0"/>
          <w:iCs w:val="0"/>
          <w:caps w:val="0"/>
          <w:smallCaps w:val="0"/>
          <w:noProof w:val="0"/>
          <w:color w:val="395D77"/>
          <w:sz w:val="20"/>
          <w:szCs w:val="20"/>
          <w:lang w:val="fr-BE"/>
        </w:rPr>
        <w:t xml:space="preserve">du travail </w:t>
      </w:r>
      <w:r w:rsidRPr="420DDC79" w:rsidR="4767897C">
        <w:rPr>
          <w:rFonts w:ascii="Aptos" w:hAnsi="Aptos" w:eastAsia="Aptos" w:cs="Aptos"/>
          <w:b w:val="0"/>
          <w:bCs w:val="0"/>
          <w:i w:val="0"/>
          <w:iCs w:val="0"/>
          <w:caps w:val="0"/>
          <w:smallCaps w:val="0"/>
          <w:noProof w:val="0"/>
          <w:color w:val="395D77"/>
          <w:sz w:val="20"/>
          <w:szCs w:val="20"/>
          <w:lang w:val="fr-BE"/>
        </w:rPr>
        <w:t>et êtes particulièrement motivé(e) à l’idée de développer et d’approfondir votre expertise dans ce domaine juridique</w:t>
      </w:r>
    </w:p>
    <w:p w:rsidR="4E572C4B" w:rsidP="420DDC79" w:rsidRDefault="4E572C4B" w14:paraId="04522801" w14:textId="1AAB4AD8">
      <w:pPr>
        <w:pStyle w:val="ListParagraph"/>
        <w:numPr>
          <w:ilvl w:val="0"/>
          <w:numId w:val="17"/>
        </w:numPr>
        <w:rPr>
          <w:rFonts w:ascii="Aptos" w:hAnsi="Aptos" w:eastAsia="Aptos" w:cs="Aptos"/>
          <w:b w:val="0"/>
          <w:bCs w:val="0"/>
          <w:i w:val="0"/>
          <w:iCs w:val="0"/>
          <w:caps w:val="0"/>
          <w:smallCaps w:val="0"/>
          <w:noProof w:val="0"/>
          <w:color w:val="395D77"/>
          <w:sz w:val="20"/>
          <w:szCs w:val="20"/>
          <w:lang w:val="nl-NL"/>
        </w:rPr>
      </w:pPr>
      <w:r w:rsidRPr="420DDC79" w:rsidR="4E572C4B">
        <w:rPr>
          <w:rFonts w:ascii="Aptos" w:hAnsi="Aptos" w:eastAsia="Aptos" w:cs="Aptos"/>
          <w:b w:val="0"/>
          <w:bCs w:val="0"/>
          <w:i w:val="0"/>
          <w:iCs w:val="0"/>
          <w:caps w:val="0"/>
          <w:smallCaps w:val="0"/>
          <w:noProof w:val="0"/>
          <w:color w:val="395D77"/>
          <w:sz w:val="20"/>
          <w:szCs w:val="20"/>
          <w:lang w:val="fr-BE"/>
        </w:rPr>
        <w:t>Vous alliez un fort esprit analytique à une attitude assertive équilibrée et vous êtes un joueur d’équipe, capable de travailler également de manière autonome.</w:t>
      </w:r>
    </w:p>
    <w:p w:rsidR="4E572C4B" w:rsidP="420DDC79" w:rsidRDefault="4E572C4B" w14:paraId="1462214F" w14:textId="061B7B8F">
      <w:pPr>
        <w:pStyle w:val="ListParagraph"/>
        <w:numPr>
          <w:ilvl w:val="0"/>
          <w:numId w:val="17"/>
        </w:numPr>
        <w:rPr>
          <w:rFonts w:ascii="Aptos" w:hAnsi="Aptos" w:eastAsia="Aptos" w:cs="Aptos"/>
          <w:b w:val="0"/>
          <w:bCs w:val="0"/>
          <w:i w:val="0"/>
          <w:iCs w:val="0"/>
          <w:caps w:val="0"/>
          <w:smallCaps w:val="0"/>
          <w:noProof w:val="0"/>
          <w:color w:val="395D77"/>
          <w:sz w:val="20"/>
          <w:szCs w:val="20"/>
          <w:lang w:val="nl-NL"/>
        </w:rPr>
      </w:pPr>
      <w:r w:rsidRPr="420DDC79" w:rsidR="4E572C4B">
        <w:rPr>
          <w:rFonts w:ascii="Aptos" w:hAnsi="Aptos" w:eastAsia="Aptos" w:cs="Aptos"/>
          <w:b w:val="0"/>
          <w:bCs w:val="0"/>
          <w:i w:val="0"/>
          <w:iCs w:val="0"/>
          <w:caps w:val="0"/>
          <w:smallCaps w:val="0"/>
          <w:noProof w:val="0"/>
          <w:color w:val="395D77"/>
          <w:sz w:val="20"/>
          <w:szCs w:val="20"/>
          <w:lang w:val="fr-BE"/>
        </w:rPr>
        <w:t>Vous êtes motivé(e) et passionné(e) par la profession d’avocat.</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CBB0E94">
      <w:pPr/>
      <w:r w:rsidRPr="4164509C" w:rsidR="66FC164F">
        <w:rPr>
          <w:rFonts w:ascii="Aptos" w:hAnsi="Aptos" w:cs="Arial"/>
          <w:b w:val="1"/>
          <w:bCs w:val="1"/>
          <w:color w:val="395D77"/>
          <w:lang w:val="nl-NL"/>
        </w:rPr>
        <w:t>Offre</w:t>
      </w:r>
    </w:p>
    <w:p w:rsidR="66FC164F" w:rsidP="4164509C" w:rsidRDefault="66FC164F" w14:paraId="3A86542A" w14:textId="19122D0B">
      <w:pPr>
        <w:rPr>
          <w:rFonts w:ascii="Aptos" w:hAnsi="Aptos" w:eastAsia="Aptos" w:cs="Aptos"/>
          <w:noProof w:val="0"/>
          <w:sz w:val="20"/>
          <w:szCs w:val="20"/>
          <w:lang w:val="nl-NL"/>
        </w:rPr>
      </w:pPr>
      <w:r w:rsidRPr="4164509C" w:rsidR="66FC164F">
        <w:rPr>
          <w:rFonts w:ascii="Aptos" w:hAnsi="Aptos" w:eastAsia="Aptos" w:cs="Aptos"/>
          <w:b w:val="0"/>
          <w:bCs w:val="0"/>
          <w:i w:val="0"/>
          <w:iCs w:val="0"/>
          <w:caps w:val="0"/>
          <w:smallCaps w:val="0"/>
          <w:noProof w:val="0"/>
          <w:color w:val="395D77"/>
          <w:sz w:val="20"/>
          <w:szCs w:val="20"/>
          <w:lang w:val="fr-BE"/>
        </w:rPr>
        <w:t>Nous proposons un environnement de travail stimulant, avec des dossiers intéressants et variés. Par ailleurs, nous offrons un large éventail de possibilités de formation interne, telles que du coaching, des séminaires et des formations, afin de soutenir votre développement professionnel. </w:t>
      </w:r>
      <w:r>
        <w:br/>
      </w:r>
      <w:r>
        <w:br/>
      </w:r>
      <w:r w:rsidRPr="4164509C" w:rsidR="66FC164F">
        <w:rPr>
          <w:rFonts w:ascii="Aptos" w:hAnsi="Aptos" w:eastAsia="Aptos" w:cs="Aptos"/>
          <w:b w:val="0"/>
          <w:bCs w:val="0"/>
          <w:i w:val="0"/>
          <w:iCs w:val="0"/>
          <w:caps w:val="0"/>
          <w:smallCaps w:val="0"/>
          <w:noProof w:val="0"/>
          <w:color w:val="395D77"/>
          <w:sz w:val="20"/>
          <w:szCs w:val="20"/>
          <w:lang w:val="fr-BE"/>
        </w:rPr>
        <w:t xml:space="preserve">Bien entendu, cela s’accompagne également d’un package de </w:t>
      </w:r>
      <w:r w:rsidRPr="4164509C" w:rsidR="66FC164F">
        <w:rPr>
          <w:rFonts w:ascii="Aptos" w:hAnsi="Aptos" w:eastAsia="Aptos" w:cs="Aptos"/>
          <w:b w:val="0"/>
          <w:bCs w:val="0"/>
          <w:i w:val="0"/>
          <w:iCs w:val="0"/>
          <w:caps w:val="0"/>
          <w:smallCaps w:val="0"/>
          <w:noProof w:val="0"/>
          <w:color w:val="395D77"/>
          <w:sz w:val="20"/>
          <w:szCs w:val="20"/>
          <w:lang w:val="fr-BE"/>
        </w:rPr>
        <w:t>rémunération attractive</w:t>
      </w:r>
      <w:r w:rsidRPr="4164509C" w:rsidR="66FC164F">
        <w:rPr>
          <w:rFonts w:ascii="Aptos" w:hAnsi="Aptos" w:eastAsia="Aptos" w:cs="Aptos"/>
          <w:b w:val="0"/>
          <w:bCs w:val="0"/>
          <w:i w:val="0"/>
          <w:iCs w:val="0"/>
          <w:caps w:val="0"/>
          <w:smallCaps w:val="0"/>
          <w:noProof w:val="0"/>
          <w:color w:val="395D77"/>
          <w:sz w:val="20"/>
          <w:szCs w:val="20"/>
          <w:lang w:val="fr-BE"/>
        </w:rPr>
        <w:t>.</w:t>
      </w:r>
    </w:p>
    <w:p w:rsidR="4164509C" w:rsidP="4164509C" w:rsidRDefault="4164509C" w14:paraId="7E24B8C6" w14:textId="53A67415">
      <w:pPr>
        <w:rPr>
          <w:rFonts w:ascii="Aptos" w:hAnsi="Aptos" w:cs="Arial"/>
          <w:color w:val="395D77"/>
          <w:sz w:val="20"/>
          <w:szCs w:val="20"/>
          <w:lang w:val="nl-NL"/>
        </w:rPr>
      </w:pP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intelligence2.xml><?xml version="1.0" encoding="utf-8"?>
<int2:intelligence xmlns:int2="http://schemas.microsoft.com/office/intelligence/2020/intelligence">
  <int2:observations>
    <int2:textHash int2:hashCode="/uVSu0Wfn+scM1" int2:id="woT4qRC4">
      <int2:state int2:type="spell" int2:value="Rejected"/>
    </int2:textHash>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6">
    <w:nsid w:val="6db648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7">
    <w:abstractNumId w:val="16"/>
  </w: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8A7613C"/>
    <w:rsid w:val="09CE52E4"/>
    <w:rsid w:val="0A850C54"/>
    <w:rsid w:val="0D6ABCC0"/>
    <w:rsid w:val="166A3562"/>
    <w:rsid w:val="31C58E35"/>
    <w:rsid w:val="383C1FDE"/>
    <w:rsid w:val="3B7194B4"/>
    <w:rsid w:val="3F8E81CD"/>
    <w:rsid w:val="4164509C"/>
    <w:rsid w:val="420DDC79"/>
    <w:rsid w:val="4767897C"/>
    <w:rsid w:val="4872B1CA"/>
    <w:rsid w:val="4E572C4B"/>
    <w:rsid w:val="5402C11B"/>
    <w:rsid w:val="55F3E71A"/>
    <w:rsid w:val="5E229763"/>
    <w:rsid w:val="66FC164F"/>
    <w:rsid w:val="67C7F76C"/>
    <w:rsid w:val="682606F6"/>
    <w:rsid w:val="6A78F0AA"/>
    <w:rsid w:val="6F6FAB72"/>
    <w:rsid w:val="736623DC"/>
    <w:rsid w:val="75232AA1"/>
    <w:rsid w:val="76DBB552"/>
    <w:rsid w:val="76F748D0"/>
    <w:rsid w:val="772E0C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 Type="http://schemas.microsoft.com/office/2020/10/relationships/intelligence" Target="intelligence2.xml" Id="Rdf217b4a3f4b4b5b"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14</revision>
  <lastPrinted>2026-02-18T13:29:00.0000000Z</lastPrinted>
  <dcterms:created xsi:type="dcterms:W3CDTF">2026-08-21T08:50:00.0000000Z</dcterms:created>
  <dcterms:modified xsi:type="dcterms:W3CDTF">2026-09-07T09:31:56.2800844Z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fr</vt:lpwstr>
  </property>
</Properties>
</file>